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2FA9" w:rsidRPr="00DD75CC" w:rsidRDefault="00967D00">
      <w:pPr>
        <w:jc w:val="center"/>
        <w:rPr>
          <w:rFonts w:ascii="Times New Roman" w:hAnsi="Times New Roman" w:cs="Times New Roman"/>
        </w:rPr>
      </w:pPr>
      <w:r w:rsidRPr="00DD75CC">
        <w:rPr>
          <w:rFonts w:ascii="Times New Roman" w:hAnsi="Times New Roman" w:cs="Times New Roman"/>
          <w:b/>
          <w:sz w:val="26"/>
        </w:rPr>
        <w:t>ЛИСТА УЏБЕНИКА И ДРУГЕ ЛИТЕРАТУРЕ – АКТИВ ДРУШТВЕНИХ НАУКА</w:t>
      </w:r>
      <w:r w:rsidRPr="00DD75CC">
        <w:rPr>
          <w:rFonts w:ascii="Times New Roman" w:hAnsi="Times New Roman" w:cs="Times New Roman"/>
          <w:b/>
          <w:sz w:val="26"/>
        </w:rPr>
        <w:br/>
        <w:t>ШКОЛСКА 2026/2027. ГОДИНА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041"/>
        <w:gridCol w:w="1757"/>
        <w:gridCol w:w="3402"/>
        <w:gridCol w:w="3931"/>
        <w:gridCol w:w="2248"/>
        <w:gridCol w:w="2381"/>
      </w:tblGrid>
      <w:tr w:rsidR="00DC2FA9" w:rsidRPr="00DD75CC" w:rsidTr="00EF7DD6">
        <w:trPr>
          <w:tblHeader/>
          <w:jc w:val="center"/>
        </w:trPr>
        <w:tc>
          <w:tcPr>
            <w:tcW w:w="2041" w:type="dxa"/>
            <w:shd w:val="clear" w:color="auto" w:fill="EEECE1" w:themeFill="background2"/>
            <w:vAlign w:val="center"/>
          </w:tcPr>
          <w:p w:rsidR="00DC2FA9" w:rsidRPr="00DD75CC" w:rsidRDefault="00967D00">
            <w:pPr>
              <w:jc w:val="center"/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b/>
                <w:sz w:val="15"/>
              </w:rPr>
              <w:t>Предмет</w:t>
            </w:r>
          </w:p>
        </w:tc>
        <w:tc>
          <w:tcPr>
            <w:tcW w:w="1757" w:type="dxa"/>
            <w:shd w:val="clear" w:color="auto" w:fill="EEECE1" w:themeFill="background2"/>
            <w:vAlign w:val="center"/>
          </w:tcPr>
          <w:p w:rsidR="00DC2FA9" w:rsidRPr="00DD75CC" w:rsidRDefault="00967D00">
            <w:pPr>
              <w:jc w:val="center"/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b/>
                <w:sz w:val="15"/>
              </w:rPr>
              <w:t>Разред / одељење</w:t>
            </w:r>
          </w:p>
        </w:tc>
        <w:tc>
          <w:tcPr>
            <w:tcW w:w="3402" w:type="dxa"/>
            <w:shd w:val="clear" w:color="auto" w:fill="EEECE1" w:themeFill="background2"/>
            <w:vAlign w:val="center"/>
          </w:tcPr>
          <w:p w:rsidR="00DC2FA9" w:rsidRPr="00DD75CC" w:rsidRDefault="00967D00">
            <w:pPr>
              <w:jc w:val="center"/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b/>
                <w:sz w:val="15"/>
              </w:rPr>
              <w:t>Образовни профил / група</w:t>
            </w:r>
          </w:p>
        </w:tc>
        <w:tc>
          <w:tcPr>
            <w:tcW w:w="3931" w:type="dxa"/>
            <w:shd w:val="clear" w:color="auto" w:fill="EEECE1" w:themeFill="background2"/>
            <w:vAlign w:val="center"/>
          </w:tcPr>
          <w:p w:rsidR="00DC2FA9" w:rsidRPr="00DD75CC" w:rsidRDefault="00967D00">
            <w:pPr>
              <w:jc w:val="center"/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b/>
                <w:sz w:val="15"/>
              </w:rPr>
              <w:t>Назив уџбеника / литературе</w:t>
            </w:r>
          </w:p>
        </w:tc>
        <w:tc>
          <w:tcPr>
            <w:tcW w:w="2248" w:type="dxa"/>
            <w:shd w:val="clear" w:color="auto" w:fill="EEECE1" w:themeFill="background2"/>
            <w:vAlign w:val="center"/>
          </w:tcPr>
          <w:p w:rsidR="00DC2FA9" w:rsidRPr="00DD75CC" w:rsidRDefault="00967D00">
            <w:pPr>
              <w:jc w:val="center"/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b/>
                <w:sz w:val="15"/>
              </w:rPr>
              <w:t>Аутор/и</w:t>
            </w:r>
          </w:p>
        </w:tc>
        <w:tc>
          <w:tcPr>
            <w:tcW w:w="2381" w:type="dxa"/>
            <w:shd w:val="clear" w:color="auto" w:fill="EEECE1" w:themeFill="background2"/>
            <w:vAlign w:val="center"/>
          </w:tcPr>
          <w:p w:rsidR="00DC2FA9" w:rsidRPr="00DD75CC" w:rsidRDefault="00967D00">
            <w:pPr>
              <w:jc w:val="center"/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b/>
                <w:sz w:val="15"/>
              </w:rPr>
              <w:t>Издавач</w:t>
            </w:r>
          </w:p>
        </w:tc>
      </w:tr>
      <w:tr w:rsidR="00DC2FA9" w:rsidRPr="00DD75CC" w:rsidTr="00EF7DD6">
        <w:trPr>
          <w:jc w:val="center"/>
        </w:trPr>
        <w:tc>
          <w:tcPr>
            <w:tcW w:w="2041" w:type="dxa"/>
            <w:shd w:val="clear" w:color="auto" w:fill="auto"/>
            <w:vAlign w:val="center"/>
          </w:tcPr>
          <w:p w:rsidR="00DC2FA9" w:rsidRPr="00DD75CC" w:rsidRDefault="00967D00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Предузетништво</w:t>
            </w:r>
          </w:p>
        </w:tc>
        <w:tc>
          <w:tcPr>
            <w:tcW w:w="1757" w:type="dxa"/>
            <w:shd w:val="clear" w:color="auto" w:fill="auto"/>
            <w:vAlign w:val="center"/>
          </w:tcPr>
          <w:p w:rsidR="00DC2FA9" w:rsidRPr="00DD75CC" w:rsidRDefault="00967D00">
            <w:pPr>
              <w:jc w:val="center"/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III₄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DC2FA9" w:rsidRPr="00DD75CC" w:rsidRDefault="00967D00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Техничар информационих технологија</w:t>
            </w:r>
          </w:p>
        </w:tc>
        <w:tc>
          <w:tcPr>
            <w:tcW w:w="3931" w:type="dxa"/>
            <w:shd w:val="clear" w:color="auto" w:fill="auto"/>
            <w:vAlign w:val="center"/>
          </w:tcPr>
          <w:p w:rsidR="00DC2FA9" w:rsidRPr="00DD75CC" w:rsidRDefault="00967D00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Предузетништво</w:t>
            </w:r>
          </w:p>
        </w:tc>
        <w:tc>
          <w:tcPr>
            <w:tcW w:w="2248" w:type="dxa"/>
            <w:shd w:val="clear" w:color="auto" w:fill="auto"/>
            <w:vAlign w:val="center"/>
          </w:tcPr>
          <w:p w:rsidR="00DC2FA9" w:rsidRPr="00DD75CC" w:rsidRDefault="00967D00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Светислав Пауновић</w:t>
            </w:r>
          </w:p>
        </w:tc>
        <w:tc>
          <w:tcPr>
            <w:tcW w:w="2381" w:type="dxa"/>
            <w:shd w:val="clear" w:color="auto" w:fill="auto"/>
            <w:vAlign w:val="center"/>
          </w:tcPr>
          <w:p w:rsidR="00DC2FA9" w:rsidRPr="00DD75CC" w:rsidRDefault="00967D00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ДАТА СТАТУС, Београд, 2016.</w:t>
            </w:r>
          </w:p>
        </w:tc>
      </w:tr>
      <w:tr w:rsidR="00DC2FA9" w:rsidRPr="00DD75CC" w:rsidTr="00EF7DD6">
        <w:trPr>
          <w:jc w:val="center"/>
        </w:trPr>
        <w:tc>
          <w:tcPr>
            <w:tcW w:w="2041" w:type="dxa"/>
            <w:shd w:val="clear" w:color="auto" w:fill="auto"/>
            <w:vAlign w:val="center"/>
          </w:tcPr>
          <w:p w:rsidR="00DC2FA9" w:rsidRPr="00DD75CC" w:rsidRDefault="00967D00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Предузетништво</w:t>
            </w:r>
          </w:p>
        </w:tc>
        <w:tc>
          <w:tcPr>
            <w:tcW w:w="1757" w:type="dxa"/>
            <w:shd w:val="clear" w:color="auto" w:fill="auto"/>
            <w:vAlign w:val="center"/>
          </w:tcPr>
          <w:p w:rsidR="00DC2FA9" w:rsidRPr="00DD75CC" w:rsidRDefault="00967D00">
            <w:pPr>
              <w:jc w:val="center"/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III₈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DC2FA9" w:rsidRPr="00DD75CC" w:rsidRDefault="00967D00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Возач моторних возила</w:t>
            </w:r>
          </w:p>
        </w:tc>
        <w:tc>
          <w:tcPr>
            <w:tcW w:w="3931" w:type="dxa"/>
            <w:shd w:val="clear" w:color="auto" w:fill="auto"/>
            <w:vAlign w:val="center"/>
          </w:tcPr>
          <w:p w:rsidR="00DC2FA9" w:rsidRPr="00DD75CC" w:rsidRDefault="00967D00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Предузетништво</w:t>
            </w:r>
          </w:p>
        </w:tc>
        <w:tc>
          <w:tcPr>
            <w:tcW w:w="2248" w:type="dxa"/>
            <w:shd w:val="clear" w:color="auto" w:fill="auto"/>
            <w:vAlign w:val="center"/>
          </w:tcPr>
          <w:p w:rsidR="00DC2FA9" w:rsidRPr="00DD75CC" w:rsidRDefault="00967D00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Светислав Пауновић</w:t>
            </w:r>
          </w:p>
        </w:tc>
        <w:tc>
          <w:tcPr>
            <w:tcW w:w="2381" w:type="dxa"/>
            <w:shd w:val="clear" w:color="auto" w:fill="auto"/>
            <w:vAlign w:val="center"/>
          </w:tcPr>
          <w:p w:rsidR="00DC2FA9" w:rsidRPr="00DD75CC" w:rsidRDefault="00967D00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ДАТА СТАТУС, Београд, 2016.</w:t>
            </w:r>
          </w:p>
        </w:tc>
      </w:tr>
      <w:tr w:rsidR="00DC2FA9" w:rsidRPr="00DD75CC" w:rsidTr="00EF7DD6">
        <w:trPr>
          <w:jc w:val="center"/>
        </w:trPr>
        <w:tc>
          <w:tcPr>
            <w:tcW w:w="2041" w:type="dxa"/>
            <w:shd w:val="clear" w:color="auto" w:fill="auto"/>
            <w:vAlign w:val="center"/>
          </w:tcPr>
          <w:p w:rsidR="00DC2FA9" w:rsidRPr="00DD75CC" w:rsidRDefault="00967D00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Предузетништво</w:t>
            </w:r>
          </w:p>
        </w:tc>
        <w:tc>
          <w:tcPr>
            <w:tcW w:w="1757" w:type="dxa"/>
            <w:shd w:val="clear" w:color="auto" w:fill="auto"/>
            <w:vAlign w:val="center"/>
          </w:tcPr>
          <w:p w:rsidR="00DC2FA9" w:rsidRPr="00DD75CC" w:rsidRDefault="00967D00">
            <w:pPr>
              <w:jc w:val="center"/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III₉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DC2FA9" w:rsidRPr="00DD75CC" w:rsidRDefault="00967D00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Возач моторних возила</w:t>
            </w:r>
          </w:p>
        </w:tc>
        <w:tc>
          <w:tcPr>
            <w:tcW w:w="3931" w:type="dxa"/>
            <w:shd w:val="clear" w:color="auto" w:fill="auto"/>
            <w:vAlign w:val="center"/>
          </w:tcPr>
          <w:p w:rsidR="00DC2FA9" w:rsidRPr="00DD75CC" w:rsidRDefault="00967D00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Предузетништво</w:t>
            </w:r>
          </w:p>
        </w:tc>
        <w:tc>
          <w:tcPr>
            <w:tcW w:w="2248" w:type="dxa"/>
            <w:shd w:val="clear" w:color="auto" w:fill="auto"/>
            <w:vAlign w:val="center"/>
          </w:tcPr>
          <w:p w:rsidR="00DC2FA9" w:rsidRPr="00DD75CC" w:rsidRDefault="00967D00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Светислав Пауновић</w:t>
            </w:r>
          </w:p>
        </w:tc>
        <w:tc>
          <w:tcPr>
            <w:tcW w:w="2381" w:type="dxa"/>
            <w:shd w:val="clear" w:color="auto" w:fill="auto"/>
            <w:vAlign w:val="center"/>
          </w:tcPr>
          <w:p w:rsidR="00DC2FA9" w:rsidRPr="00DD75CC" w:rsidRDefault="00967D00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ДАТА СТАТУС, Београд, 2016.</w:t>
            </w:r>
          </w:p>
        </w:tc>
      </w:tr>
      <w:tr w:rsidR="00DC2FA9" w:rsidRPr="00DD75CC" w:rsidTr="00EF7DD6">
        <w:trPr>
          <w:jc w:val="center"/>
        </w:trPr>
        <w:tc>
          <w:tcPr>
            <w:tcW w:w="2041" w:type="dxa"/>
            <w:shd w:val="clear" w:color="auto" w:fill="auto"/>
            <w:vAlign w:val="center"/>
          </w:tcPr>
          <w:p w:rsidR="00DC2FA9" w:rsidRPr="00DD75CC" w:rsidRDefault="00967D00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Предузетништво</w:t>
            </w:r>
          </w:p>
        </w:tc>
        <w:tc>
          <w:tcPr>
            <w:tcW w:w="1757" w:type="dxa"/>
            <w:shd w:val="clear" w:color="auto" w:fill="auto"/>
            <w:vAlign w:val="center"/>
          </w:tcPr>
          <w:p w:rsidR="00DC2FA9" w:rsidRPr="00DD75CC" w:rsidRDefault="00967D00">
            <w:pPr>
              <w:jc w:val="center"/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III₁₀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DC2FA9" w:rsidRPr="00DD75CC" w:rsidRDefault="00967D00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Механичар моторних возила</w:t>
            </w:r>
          </w:p>
        </w:tc>
        <w:tc>
          <w:tcPr>
            <w:tcW w:w="3931" w:type="dxa"/>
            <w:shd w:val="clear" w:color="auto" w:fill="auto"/>
            <w:vAlign w:val="center"/>
          </w:tcPr>
          <w:p w:rsidR="00DC2FA9" w:rsidRPr="00DD75CC" w:rsidRDefault="00967D00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Предузетништво</w:t>
            </w:r>
          </w:p>
        </w:tc>
        <w:tc>
          <w:tcPr>
            <w:tcW w:w="2248" w:type="dxa"/>
            <w:shd w:val="clear" w:color="auto" w:fill="auto"/>
            <w:vAlign w:val="center"/>
          </w:tcPr>
          <w:p w:rsidR="00DC2FA9" w:rsidRPr="00DD75CC" w:rsidRDefault="00967D00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Светислав Пауновић</w:t>
            </w:r>
          </w:p>
        </w:tc>
        <w:tc>
          <w:tcPr>
            <w:tcW w:w="2381" w:type="dxa"/>
            <w:shd w:val="clear" w:color="auto" w:fill="auto"/>
            <w:vAlign w:val="center"/>
          </w:tcPr>
          <w:p w:rsidR="00DC2FA9" w:rsidRPr="00DD75CC" w:rsidRDefault="00967D00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ДАТА СТАТУС, Београд, 2016.</w:t>
            </w:r>
          </w:p>
        </w:tc>
      </w:tr>
      <w:tr w:rsidR="00DC2FA9" w:rsidRPr="00DD75CC" w:rsidTr="00EF7DD6">
        <w:trPr>
          <w:jc w:val="center"/>
        </w:trPr>
        <w:tc>
          <w:tcPr>
            <w:tcW w:w="2041" w:type="dxa"/>
            <w:shd w:val="clear" w:color="auto" w:fill="auto"/>
            <w:vAlign w:val="center"/>
          </w:tcPr>
          <w:p w:rsidR="00DC2FA9" w:rsidRPr="00DD75CC" w:rsidRDefault="00967D00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Предузетништво</w:t>
            </w:r>
          </w:p>
        </w:tc>
        <w:tc>
          <w:tcPr>
            <w:tcW w:w="1757" w:type="dxa"/>
            <w:shd w:val="clear" w:color="auto" w:fill="auto"/>
            <w:vAlign w:val="center"/>
          </w:tcPr>
          <w:p w:rsidR="00DC2FA9" w:rsidRPr="00DD75CC" w:rsidRDefault="00967D00">
            <w:pPr>
              <w:jc w:val="center"/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III₁₁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DC2FA9" w:rsidRPr="00DD75CC" w:rsidRDefault="00967D00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Електричар</w:t>
            </w:r>
          </w:p>
        </w:tc>
        <w:tc>
          <w:tcPr>
            <w:tcW w:w="3931" w:type="dxa"/>
            <w:shd w:val="clear" w:color="auto" w:fill="auto"/>
            <w:vAlign w:val="center"/>
          </w:tcPr>
          <w:p w:rsidR="00DC2FA9" w:rsidRPr="00DD75CC" w:rsidRDefault="00967D00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Предузетништво</w:t>
            </w:r>
          </w:p>
        </w:tc>
        <w:tc>
          <w:tcPr>
            <w:tcW w:w="2248" w:type="dxa"/>
            <w:shd w:val="clear" w:color="auto" w:fill="auto"/>
            <w:vAlign w:val="center"/>
          </w:tcPr>
          <w:p w:rsidR="00DC2FA9" w:rsidRPr="00DD75CC" w:rsidRDefault="00967D00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Светислав Пауновић</w:t>
            </w:r>
          </w:p>
        </w:tc>
        <w:tc>
          <w:tcPr>
            <w:tcW w:w="2381" w:type="dxa"/>
            <w:shd w:val="clear" w:color="auto" w:fill="auto"/>
            <w:vAlign w:val="center"/>
          </w:tcPr>
          <w:p w:rsidR="00DC2FA9" w:rsidRPr="00DD75CC" w:rsidRDefault="00967D00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ДАТА СТАТУС, Београд, 2016.</w:t>
            </w:r>
          </w:p>
        </w:tc>
      </w:tr>
      <w:tr w:rsidR="00DC2FA9" w:rsidRPr="00DD75CC" w:rsidTr="00EF7DD6">
        <w:trPr>
          <w:jc w:val="center"/>
        </w:trPr>
        <w:tc>
          <w:tcPr>
            <w:tcW w:w="2041" w:type="dxa"/>
            <w:shd w:val="clear" w:color="auto" w:fill="auto"/>
            <w:vAlign w:val="center"/>
          </w:tcPr>
          <w:p w:rsidR="00DC2FA9" w:rsidRPr="00DD75CC" w:rsidRDefault="00967D00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Предузетништво</w:t>
            </w:r>
          </w:p>
        </w:tc>
        <w:tc>
          <w:tcPr>
            <w:tcW w:w="1757" w:type="dxa"/>
            <w:shd w:val="clear" w:color="auto" w:fill="auto"/>
            <w:vAlign w:val="center"/>
          </w:tcPr>
          <w:p w:rsidR="00DC2FA9" w:rsidRPr="00DD75CC" w:rsidRDefault="00967D00">
            <w:pPr>
              <w:jc w:val="center"/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IV₁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DC2FA9" w:rsidRPr="00DD75CC" w:rsidRDefault="00967D00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Техничар за компјутерско управљање CNC</w:t>
            </w:r>
          </w:p>
        </w:tc>
        <w:tc>
          <w:tcPr>
            <w:tcW w:w="3931" w:type="dxa"/>
            <w:shd w:val="clear" w:color="auto" w:fill="auto"/>
            <w:vAlign w:val="center"/>
          </w:tcPr>
          <w:p w:rsidR="00DC2FA9" w:rsidRPr="00DD75CC" w:rsidRDefault="00967D00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Предузетништво</w:t>
            </w:r>
          </w:p>
        </w:tc>
        <w:tc>
          <w:tcPr>
            <w:tcW w:w="2248" w:type="dxa"/>
            <w:shd w:val="clear" w:color="auto" w:fill="auto"/>
            <w:vAlign w:val="center"/>
          </w:tcPr>
          <w:p w:rsidR="00DC2FA9" w:rsidRPr="00DD75CC" w:rsidRDefault="00967D00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Светислав Пауновић</w:t>
            </w:r>
          </w:p>
        </w:tc>
        <w:tc>
          <w:tcPr>
            <w:tcW w:w="2381" w:type="dxa"/>
            <w:shd w:val="clear" w:color="auto" w:fill="auto"/>
            <w:vAlign w:val="center"/>
          </w:tcPr>
          <w:p w:rsidR="00DC2FA9" w:rsidRPr="00DD75CC" w:rsidRDefault="00967D00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ДАТА СТАТУС, Београд, 2016.</w:t>
            </w:r>
          </w:p>
        </w:tc>
      </w:tr>
      <w:tr w:rsidR="00DC2FA9" w:rsidRPr="00DD75CC" w:rsidTr="00EF7DD6">
        <w:trPr>
          <w:jc w:val="center"/>
        </w:trPr>
        <w:tc>
          <w:tcPr>
            <w:tcW w:w="2041" w:type="dxa"/>
            <w:shd w:val="clear" w:color="auto" w:fill="auto"/>
            <w:vAlign w:val="center"/>
          </w:tcPr>
          <w:p w:rsidR="00DC2FA9" w:rsidRPr="00DD75CC" w:rsidRDefault="00967D00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Предузетништво</w:t>
            </w:r>
          </w:p>
        </w:tc>
        <w:tc>
          <w:tcPr>
            <w:tcW w:w="1757" w:type="dxa"/>
            <w:shd w:val="clear" w:color="auto" w:fill="auto"/>
            <w:vAlign w:val="center"/>
          </w:tcPr>
          <w:p w:rsidR="00DC2FA9" w:rsidRPr="00DD75CC" w:rsidRDefault="00967D00">
            <w:pPr>
              <w:jc w:val="center"/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IV₃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DC2FA9" w:rsidRPr="00DD75CC" w:rsidRDefault="00967D00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Електротехничар енергетике</w:t>
            </w:r>
          </w:p>
        </w:tc>
        <w:tc>
          <w:tcPr>
            <w:tcW w:w="3931" w:type="dxa"/>
            <w:shd w:val="clear" w:color="auto" w:fill="auto"/>
            <w:vAlign w:val="center"/>
          </w:tcPr>
          <w:p w:rsidR="00DC2FA9" w:rsidRPr="00DD75CC" w:rsidRDefault="00967D00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Предузетништво</w:t>
            </w:r>
          </w:p>
        </w:tc>
        <w:tc>
          <w:tcPr>
            <w:tcW w:w="2248" w:type="dxa"/>
            <w:shd w:val="clear" w:color="auto" w:fill="auto"/>
            <w:vAlign w:val="center"/>
          </w:tcPr>
          <w:p w:rsidR="00DC2FA9" w:rsidRPr="00DD75CC" w:rsidRDefault="00967D00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Светислав Пауновић</w:t>
            </w:r>
          </w:p>
        </w:tc>
        <w:tc>
          <w:tcPr>
            <w:tcW w:w="2381" w:type="dxa"/>
            <w:shd w:val="clear" w:color="auto" w:fill="auto"/>
            <w:vAlign w:val="center"/>
          </w:tcPr>
          <w:p w:rsidR="00DC2FA9" w:rsidRPr="00DD75CC" w:rsidRDefault="00967D00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ДАТА СТАТУС, Београд, 2016.</w:t>
            </w:r>
          </w:p>
        </w:tc>
      </w:tr>
      <w:tr w:rsidR="00DC2FA9" w:rsidRPr="00DD75CC" w:rsidTr="00EF7DD6">
        <w:trPr>
          <w:jc w:val="center"/>
        </w:trPr>
        <w:tc>
          <w:tcPr>
            <w:tcW w:w="2041" w:type="dxa"/>
            <w:shd w:val="clear" w:color="auto" w:fill="auto"/>
            <w:vAlign w:val="center"/>
          </w:tcPr>
          <w:p w:rsidR="00DC2FA9" w:rsidRPr="00DD75CC" w:rsidRDefault="00967D00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Предузетништво</w:t>
            </w:r>
          </w:p>
        </w:tc>
        <w:tc>
          <w:tcPr>
            <w:tcW w:w="1757" w:type="dxa"/>
            <w:shd w:val="clear" w:color="auto" w:fill="auto"/>
            <w:vAlign w:val="center"/>
          </w:tcPr>
          <w:p w:rsidR="00DC2FA9" w:rsidRPr="00DD75CC" w:rsidRDefault="00967D00">
            <w:pPr>
              <w:jc w:val="center"/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IV₄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DC2FA9" w:rsidRPr="00DD75CC" w:rsidRDefault="00967D00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Електротехничар информационих технологија</w:t>
            </w:r>
          </w:p>
        </w:tc>
        <w:tc>
          <w:tcPr>
            <w:tcW w:w="3931" w:type="dxa"/>
            <w:shd w:val="clear" w:color="auto" w:fill="auto"/>
            <w:vAlign w:val="center"/>
          </w:tcPr>
          <w:p w:rsidR="00DC2FA9" w:rsidRPr="00DD75CC" w:rsidRDefault="00967D00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Предузетништво</w:t>
            </w:r>
          </w:p>
        </w:tc>
        <w:tc>
          <w:tcPr>
            <w:tcW w:w="2248" w:type="dxa"/>
            <w:shd w:val="clear" w:color="auto" w:fill="auto"/>
            <w:vAlign w:val="center"/>
          </w:tcPr>
          <w:p w:rsidR="00DC2FA9" w:rsidRPr="00DD75CC" w:rsidRDefault="00967D00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Светислав Пауновић</w:t>
            </w:r>
          </w:p>
        </w:tc>
        <w:tc>
          <w:tcPr>
            <w:tcW w:w="2381" w:type="dxa"/>
            <w:shd w:val="clear" w:color="auto" w:fill="auto"/>
            <w:vAlign w:val="center"/>
          </w:tcPr>
          <w:p w:rsidR="00DC2FA9" w:rsidRPr="00DD75CC" w:rsidRDefault="00967D00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ДАТА СТАТУС, Београд, 2016.</w:t>
            </w:r>
          </w:p>
        </w:tc>
      </w:tr>
      <w:tr w:rsidR="00DC2FA9" w:rsidRPr="00DD75CC" w:rsidTr="00EF7DD6">
        <w:trPr>
          <w:jc w:val="center"/>
        </w:trPr>
        <w:tc>
          <w:tcPr>
            <w:tcW w:w="2041" w:type="dxa"/>
            <w:shd w:val="clear" w:color="auto" w:fill="auto"/>
            <w:vAlign w:val="center"/>
          </w:tcPr>
          <w:p w:rsidR="00DC2FA9" w:rsidRPr="00DD75CC" w:rsidRDefault="00967D00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Предузетништво</w:t>
            </w:r>
          </w:p>
        </w:tc>
        <w:tc>
          <w:tcPr>
            <w:tcW w:w="1757" w:type="dxa"/>
            <w:shd w:val="clear" w:color="auto" w:fill="auto"/>
            <w:vAlign w:val="center"/>
          </w:tcPr>
          <w:p w:rsidR="00DC2FA9" w:rsidRPr="00DD75CC" w:rsidRDefault="00967D00">
            <w:pPr>
              <w:jc w:val="center"/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IV₅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DC2FA9" w:rsidRPr="00DD75CC" w:rsidRDefault="00967D00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Администратор рачунарских мрежа</w:t>
            </w:r>
          </w:p>
        </w:tc>
        <w:tc>
          <w:tcPr>
            <w:tcW w:w="3931" w:type="dxa"/>
            <w:shd w:val="clear" w:color="auto" w:fill="auto"/>
            <w:vAlign w:val="center"/>
          </w:tcPr>
          <w:p w:rsidR="00DC2FA9" w:rsidRPr="00DD75CC" w:rsidRDefault="00967D00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Предузетништво</w:t>
            </w:r>
          </w:p>
        </w:tc>
        <w:tc>
          <w:tcPr>
            <w:tcW w:w="2248" w:type="dxa"/>
            <w:shd w:val="clear" w:color="auto" w:fill="auto"/>
            <w:vAlign w:val="center"/>
          </w:tcPr>
          <w:p w:rsidR="00DC2FA9" w:rsidRPr="00DD75CC" w:rsidRDefault="00967D00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Светислав Пауновић</w:t>
            </w:r>
          </w:p>
        </w:tc>
        <w:tc>
          <w:tcPr>
            <w:tcW w:w="2381" w:type="dxa"/>
            <w:shd w:val="clear" w:color="auto" w:fill="auto"/>
            <w:vAlign w:val="center"/>
          </w:tcPr>
          <w:p w:rsidR="00DC2FA9" w:rsidRPr="00DD75CC" w:rsidRDefault="00967D00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ДАТА СТАТУС, Београд, 2016.</w:t>
            </w:r>
          </w:p>
        </w:tc>
      </w:tr>
      <w:tr w:rsidR="00DC2FA9" w:rsidRPr="00DD75CC" w:rsidTr="00EF7DD6">
        <w:trPr>
          <w:jc w:val="center"/>
        </w:trPr>
        <w:tc>
          <w:tcPr>
            <w:tcW w:w="2041" w:type="dxa"/>
            <w:shd w:val="clear" w:color="auto" w:fill="auto"/>
            <w:vAlign w:val="center"/>
          </w:tcPr>
          <w:p w:rsidR="00DC2FA9" w:rsidRPr="00DD75CC" w:rsidRDefault="00967D00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Предузетништво</w:t>
            </w:r>
          </w:p>
        </w:tc>
        <w:tc>
          <w:tcPr>
            <w:tcW w:w="1757" w:type="dxa"/>
            <w:shd w:val="clear" w:color="auto" w:fill="auto"/>
            <w:vAlign w:val="center"/>
          </w:tcPr>
          <w:p w:rsidR="00DC2FA9" w:rsidRPr="00DD75CC" w:rsidRDefault="00967D00">
            <w:pPr>
              <w:jc w:val="center"/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IV₆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DC2FA9" w:rsidRPr="00DD75CC" w:rsidRDefault="00967D00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Техничар друмског саобраћаја</w:t>
            </w:r>
          </w:p>
        </w:tc>
        <w:tc>
          <w:tcPr>
            <w:tcW w:w="3931" w:type="dxa"/>
            <w:shd w:val="clear" w:color="auto" w:fill="auto"/>
            <w:vAlign w:val="center"/>
          </w:tcPr>
          <w:p w:rsidR="00DC2FA9" w:rsidRPr="00DD75CC" w:rsidRDefault="00967D00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Предузетништво</w:t>
            </w:r>
          </w:p>
        </w:tc>
        <w:tc>
          <w:tcPr>
            <w:tcW w:w="2248" w:type="dxa"/>
            <w:shd w:val="clear" w:color="auto" w:fill="auto"/>
            <w:vAlign w:val="center"/>
          </w:tcPr>
          <w:p w:rsidR="00DC2FA9" w:rsidRPr="00DD75CC" w:rsidRDefault="00967D00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Светислав Пауновић</w:t>
            </w:r>
          </w:p>
        </w:tc>
        <w:tc>
          <w:tcPr>
            <w:tcW w:w="2381" w:type="dxa"/>
            <w:shd w:val="clear" w:color="auto" w:fill="auto"/>
            <w:vAlign w:val="center"/>
          </w:tcPr>
          <w:p w:rsidR="00DC2FA9" w:rsidRPr="00DD75CC" w:rsidRDefault="00967D00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ДАТА СТАТУС, Београд, 2016.</w:t>
            </w:r>
          </w:p>
        </w:tc>
      </w:tr>
      <w:tr w:rsidR="00171121" w:rsidRPr="00DD75CC" w:rsidTr="00FA3CAF">
        <w:trPr>
          <w:jc w:val="center"/>
        </w:trPr>
        <w:tc>
          <w:tcPr>
            <w:tcW w:w="15760" w:type="dxa"/>
            <w:gridSpan w:val="6"/>
            <w:shd w:val="clear" w:color="auto" w:fill="EEECE1" w:themeFill="background2"/>
            <w:vAlign w:val="center"/>
          </w:tcPr>
          <w:p w:rsidR="00171121" w:rsidRPr="00DD75CC" w:rsidRDefault="00171121">
            <w:pPr>
              <w:rPr>
                <w:rFonts w:ascii="Times New Roman" w:hAnsi="Times New Roman" w:cs="Times New Roman"/>
                <w:sz w:val="14"/>
              </w:rPr>
            </w:pPr>
          </w:p>
        </w:tc>
      </w:tr>
      <w:tr w:rsidR="00DD75CC" w:rsidRPr="00DD75CC" w:rsidTr="00EF7DD6">
        <w:trPr>
          <w:jc w:val="center"/>
        </w:trPr>
        <w:tc>
          <w:tcPr>
            <w:tcW w:w="2041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Пословне комуникације</w:t>
            </w:r>
          </w:p>
        </w:tc>
        <w:tc>
          <w:tcPr>
            <w:tcW w:w="1757" w:type="dxa"/>
            <w:vAlign w:val="center"/>
          </w:tcPr>
          <w:p w:rsidR="00DD75CC" w:rsidRPr="00DD75CC" w:rsidRDefault="00DD75CC" w:rsidP="00DD75CC">
            <w:pPr>
              <w:jc w:val="center"/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III₄</w:t>
            </w:r>
          </w:p>
        </w:tc>
        <w:tc>
          <w:tcPr>
            <w:tcW w:w="3402" w:type="dxa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Техничар информационих технологија</w:t>
            </w:r>
          </w:p>
        </w:tc>
        <w:tc>
          <w:tcPr>
            <w:tcW w:w="3931" w:type="dxa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48" w:type="dxa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  <w:sz w:val="14"/>
                <w:lang w:val="sr-Cyrl-RS"/>
              </w:rPr>
            </w:pPr>
          </w:p>
        </w:tc>
        <w:tc>
          <w:tcPr>
            <w:tcW w:w="2381" w:type="dxa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</w:p>
        </w:tc>
      </w:tr>
      <w:tr w:rsidR="00DD75CC" w:rsidRPr="00DD75CC" w:rsidTr="00EF7DD6">
        <w:trPr>
          <w:jc w:val="center"/>
        </w:trPr>
        <w:tc>
          <w:tcPr>
            <w:tcW w:w="2041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Пословне комуникације</w:t>
            </w:r>
          </w:p>
        </w:tc>
        <w:tc>
          <w:tcPr>
            <w:tcW w:w="1757" w:type="dxa"/>
            <w:vAlign w:val="center"/>
          </w:tcPr>
          <w:p w:rsidR="00DD75CC" w:rsidRPr="00DD75CC" w:rsidRDefault="00DD75CC" w:rsidP="00DD75CC">
            <w:pPr>
              <w:jc w:val="center"/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III₅</w:t>
            </w:r>
          </w:p>
        </w:tc>
        <w:tc>
          <w:tcPr>
            <w:tcW w:w="3402" w:type="dxa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Техничар за администрирање рачунарских мрежа</w:t>
            </w:r>
          </w:p>
        </w:tc>
        <w:tc>
          <w:tcPr>
            <w:tcW w:w="3931" w:type="dxa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48" w:type="dxa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2381" w:type="dxa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</w:p>
        </w:tc>
      </w:tr>
      <w:tr w:rsidR="00DD75CC" w:rsidRPr="00DD75CC" w:rsidTr="00EF7DD6">
        <w:trPr>
          <w:jc w:val="center"/>
        </w:trPr>
        <w:tc>
          <w:tcPr>
            <w:tcW w:w="2041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Управљање пројектима</w:t>
            </w:r>
          </w:p>
        </w:tc>
        <w:tc>
          <w:tcPr>
            <w:tcW w:w="1757" w:type="dxa"/>
            <w:vAlign w:val="center"/>
          </w:tcPr>
          <w:p w:rsidR="00DD75CC" w:rsidRPr="00DD75CC" w:rsidRDefault="00DD75CC" w:rsidP="00DD75CC">
            <w:pPr>
              <w:jc w:val="center"/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IV₄</w:t>
            </w:r>
          </w:p>
        </w:tc>
        <w:tc>
          <w:tcPr>
            <w:tcW w:w="3402" w:type="dxa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Електротехничар информационих технологија</w:t>
            </w:r>
          </w:p>
        </w:tc>
        <w:tc>
          <w:tcPr>
            <w:tcW w:w="3931" w:type="dxa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48" w:type="dxa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  <w:sz w:val="14"/>
              </w:rPr>
            </w:pPr>
          </w:p>
        </w:tc>
        <w:tc>
          <w:tcPr>
            <w:tcW w:w="2381" w:type="dxa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</w:p>
        </w:tc>
      </w:tr>
      <w:tr w:rsidR="00171121" w:rsidRPr="00DD75CC" w:rsidTr="000C7D98">
        <w:trPr>
          <w:jc w:val="center"/>
        </w:trPr>
        <w:tc>
          <w:tcPr>
            <w:tcW w:w="15760" w:type="dxa"/>
            <w:gridSpan w:val="6"/>
            <w:shd w:val="clear" w:color="auto" w:fill="EEECE1" w:themeFill="background2"/>
            <w:vAlign w:val="center"/>
          </w:tcPr>
          <w:p w:rsidR="00171121" w:rsidRPr="00DD75CC" w:rsidRDefault="00171121" w:rsidP="00DD75CC">
            <w:pPr>
              <w:rPr>
                <w:rFonts w:ascii="Times New Roman" w:hAnsi="Times New Roman" w:cs="Times New Roman"/>
              </w:rPr>
            </w:pPr>
          </w:p>
        </w:tc>
      </w:tr>
      <w:tr w:rsidR="00DD75CC" w:rsidRPr="00DD75CC" w:rsidTr="00EF7DD6">
        <w:trPr>
          <w:jc w:val="center"/>
        </w:trPr>
        <w:tc>
          <w:tcPr>
            <w:tcW w:w="2041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Историја</w:t>
            </w:r>
          </w:p>
        </w:tc>
        <w:tc>
          <w:tcPr>
            <w:tcW w:w="1757" w:type="dxa"/>
            <w:shd w:val="clear" w:color="auto" w:fill="auto"/>
            <w:vAlign w:val="center"/>
          </w:tcPr>
          <w:p w:rsidR="00DD75CC" w:rsidRPr="00DD75CC" w:rsidRDefault="00DD75CC" w:rsidP="00DD75CC">
            <w:pPr>
              <w:jc w:val="center"/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I₂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Машински техничар моторних возила</w:t>
            </w:r>
          </w:p>
        </w:tc>
        <w:tc>
          <w:tcPr>
            <w:tcW w:w="3931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  <w:lang w:val="sr-Cyrl-RS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ИСТОРИЈА за први р</w:t>
            </w:r>
            <w:r>
              <w:rPr>
                <w:rFonts w:ascii="Times New Roman" w:hAnsi="Times New Roman" w:cs="Times New Roman"/>
                <w:sz w:val="14"/>
              </w:rPr>
              <w:t xml:space="preserve">азред </w:t>
            </w:r>
            <w:r>
              <w:rPr>
                <w:rFonts w:ascii="Times New Roman" w:hAnsi="Times New Roman" w:cs="Times New Roman"/>
                <w:sz w:val="14"/>
                <w:lang w:val="sr-Cyrl-RS"/>
              </w:rPr>
              <w:t>средњих стручних школа</w:t>
            </w:r>
          </w:p>
        </w:tc>
        <w:tc>
          <w:tcPr>
            <w:tcW w:w="2248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  <w:sz w:val="14"/>
              </w:rPr>
            </w:pPr>
            <w:r w:rsidRPr="00DD75CC">
              <w:rPr>
                <w:rFonts w:ascii="Times New Roman" w:hAnsi="Times New Roman" w:cs="Times New Roman"/>
                <w:sz w:val="14"/>
                <w:lang w:val="sr-Cyrl-RS"/>
              </w:rPr>
              <w:t>Драгољуб М. Кочић</w:t>
            </w:r>
          </w:p>
        </w:tc>
        <w:tc>
          <w:tcPr>
            <w:tcW w:w="2381" w:type="dxa"/>
            <w:shd w:val="clear" w:color="auto" w:fill="auto"/>
            <w:vAlign w:val="center"/>
          </w:tcPr>
          <w:p w:rsidR="00DD75CC" w:rsidRPr="00967D00" w:rsidRDefault="00967D00" w:rsidP="00DD75CC">
            <w:pPr>
              <w:rPr>
                <w:rFonts w:ascii="Times New Roman" w:hAnsi="Times New Roman" w:cs="Times New Roman"/>
                <w:sz w:val="14"/>
              </w:rPr>
            </w:pPr>
            <w:r w:rsidRPr="00967D00">
              <w:rPr>
                <w:rFonts w:ascii="Times New Roman" w:hAnsi="Times New Roman" w:cs="Times New Roman"/>
                <w:sz w:val="14"/>
              </w:rPr>
              <w:t>Завод за уџбенике, Београд, 2024</w:t>
            </w:r>
          </w:p>
        </w:tc>
      </w:tr>
      <w:tr w:rsidR="00DD75CC" w:rsidRPr="00DD75CC" w:rsidTr="00EF7DD6">
        <w:trPr>
          <w:jc w:val="center"/>
        </w:trPr>
        <w:tc>
          <w:tcPr>
            <w:tcW w:w="2041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Историја</w:t>
            </w:r>
          </w:p>
        </w:tc>
        <w:tc>
          <w:tcPr>
            <w:tcW w:w="1757" w:type="dxa"/>
            <w:shd w:val="clear" w:color="auto" w:fill="auto"/>
            <w:vAlign w:val="center"/>
          </w:tcPr>
          <w:p w:rsidR="00DD75CC" w:rsidRPr="00DD75CC" w:rsidRDefault="00DD75CC" w:rsidP="00DD75CC">
            <w:pPr>
              <w:jc w:val="center"/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I₃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Електротехничар енергетике</w:t>
            </w:r>
          </w:p>
        </w:tc>
        <w:tc>
          <w:tcPr>
            <w:tcW w:w="3931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ИСТ</w:t>
            </w:r>
            <w:r>
              <w:rPr>
                <w:rFonts w:ascii="Times New Roman" w:hAnsi="Times New Roman" w:cs="Times New Roman"/>
                <w:sz w:val="14"/>
              </w:rPr>
              <w:t xml:space="preserve">ОРИЈА за први разред </w:t>
            </w:r>
            <w:r>
              <w:rPr>
                <w:rFonts w:ascii="Times New Roman" w:hAnsi="Times New Roman" w:cs="Times New Roman"/>
                <w:sz w:val="14"/>
                <w:lang w:val="sr-Cyrl-RS"/>
              </w:rPr>
              <w:t>средњих</w:t>
            </w:r>
            <w:r w:rsidRPr="00DD75CC">
              <w:rPr>
                <w:rFonts w:ascii="Times New Roman" w:hAnsi="Times New Roman" w:cs="Times New Roman"/>
                <w:sz w:val="14"/>
              </w:rPr>
              <w:t xml:space="preserve"> стручних школа</w:t>
            </w:r>
          </w:p>
        </w:tc>
        <w:tc>
          <w:tcPr>
            <w:tcW w:w="2248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  <w:sz w:val="14"/>
              </w:rPr>
            </w:pPr>
            <w:r w:rsidRPr="00DD75CC">
              <w:rPr>
                <w:rFonts w:ascii="Times New Roman" w:hAnsi="Times New Roman" w:cs="Times New Roman"/>
                <w:sz w:val="14"/>
                <w:lang w:val="sr-Cyrl-RS"/>
              </w:rPr>
              <w:t>Драгољуб М. Кочић</w:t>
            </w:r>
          </w:p>
        </w:tc>
        <w:tc>
          <w:tcPr>
            <w:tcW w:w="2381" w:type="dxa"/>
            <w:shd w:val="clear" w:color="auto" w:fill="auto"/>
            <w:vAlign w:val="center"/>
          </w:tcPr>
          <w:p w:rsidR="00DD75CC" w:rsidRPr="00967D00" w:rsidRDefault="00967D00" w:rsidP="00DD75CC">
            <w:pPr>
              <w:rPr>
                <w:rFonts w:ascii="Times New Roman" w:hAnsi="Times New Roman" w:cs="Times New Roman"/>
                <w:sz w:val="14"/>
              </w:rPr>
            </w:pPr>
            <w:r w:rsidRPr="00967D00">
              <w:rPr>
                <w:rFonts w:ascii="Times New Roman" w:hAnsi="Times New Roman" w:cs="Times New Roman"/>
                <w:sz w:val="14"/>
              </w:rPr>
              <w:t>Завод за уџбенике, Београд, 2024</w:t>
            </w:r>
          </w:p>
        </w:tc>
      </w:tr>
      <w:tr w:rsidR="00DD75CC" w:rsidRPr="00DD75CC" w:rsidTr="00EF7DD6">
        <w:trPr>
          <w:jc w:val="center"/>
        </w:trPr>
        <w:tc>
          <w:tcPr>
            <w:tcW w:w="2041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Историја</w:t>
            </w:r>
          </w:p>
        </w:tc>
        <w:tc>
          <w:tcPr>
            <w:tcW w:w="1757" w:type="dxa"/>
            <w:shd w:val="clear" w:color="auto" w:fill="auto"/>
            <w:vAlign w:val="center"/>
          </w:tcPr>
          <w:p w:rsidR="00DD75CC" w:rsidRPr="00DD75CC" w:rsidRDefault="00DD75CC" w:rsidP="00DD75CC">
            <w:pPr>
              <w:jc w:val="center"/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I₄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Техничар информационих технологија</w:t>
            </w:r>
          </w:p>
        </w:tc>
        <w:tc>
          <w:tcPr>
            <w:tcW w:w="3931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ИСТ</w:t>
            </w:r>
            <w:r>
              <w:rPr>
                <w:rFonts w:ascii="Times New Roman" w:hAnsi="Times New Roman" w:cs="Times New Roman"/>
                <w:sz w:val="14"/>
              </w:rPr>
              <w:t xml:space="preserve">ОРИЈА за први разред </w:t>
            </w:r>
            <w:r>
              <w:rPr>
                <w:rFonts w:ascii="Times New Roman" w:hAnsi="Times New Roman" w:cs="Times New Roman"/>
                <w:sz w:val="14"/>
                <w:lang w:val="sr-Cyrl-RS"/>
              </w:rPr>
              <w:t>средњих</w:t>
            </w:r>
            <w:r w:rsidRPr="00DD75CC">
              <w:rPr>
                <w:rFonts w:ascii="Times New Roman" w:hAnsi="Times New Roman" w:cs="Times New Roman"/>
                <w:sz w:val="14"/>
              </w:rPr>
              <w:t xml:space="preserve"> стручних школа</w:t>
            </w:r>
          </w:p>
        </w:tc>
        <w:tc>
          <w:tcPr>
            <w:tcW w:w="2248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  <w:sz w:val="14"/>
              </w:rPr>
            </w:pPr>
            <w:r w:rsidRPr="00DD75CC">
              <w:rPr>
                <w:rFonts w:ascii="Times New Roman" w:hAnsi="Times New Roman" w:cs="Times New Roman"/>
                <w:sz w:val="14"/>
                <w:lang w:val="sr-Cyrl-RS"/>
              </w:rPr>
              <w:t>Драгољуб М. Кочић</w:t>
            </w:r>
          </w:p>
        </w:tc>
        <w:tc>
          <w:tcPr>
            <w:tcW w:w="2381" w:type="dxa"/>
            <w:shd w:val="clear" w:color="auto" w:fill="auto"/>
            <w:vAlign w:val="center"/>
          </w:tcPr>
          <w:p w:rsidR="00DD75CC" w:rsidRPr="00967D00" w:rsidRDefault="00967D00" w:rsidP="00DD75CC">
            <w:pPr>
              <w:rPr>
                <w:rFonts w:ascii="Times New Roman" w:hAnsi="Times New Roman" w:cs="Times New Roman"/>
                <w:sz w:val="14"/>
              </w:rPr>
            </w:pPr>
            <w:r w:rsidRPr="00967D00">
              <w:rPr>
                <w:rFonts w:ascii="Times New Roman" w:hAnsi="Times New Roman" w:cs="Times New Roman"/>
                <w:sz w:val="14"/>
              </w:rPr>
              <w:t>Завод за уџбенике, Београд, 2024</w:t>
            </w:r>
          </w:p>
        </w:tc>
      </w:tr>
      <w:tr w:rsidR="00DD75CC" w:rsidRPr="00DD75CC" w:rsidTr="00EF7DD6">
        <w:trPr>
          <w:jc w:val="center"/>
        </w:trPr>
        <w:tc>
          <w:tcPr>
            <w:tcW w:w="2041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Историја</w:t>
            </w:r>
          </w:p>
        </w:tc>
        <w:tc>
          <w:tcPr>
            <w:tcW w:w="1757" w:type="dxa"/>
            <w:shd w:val="clear" w:color="auto" w:fill="auto"/>
            <w:vAlign w:val="center"/>
          </w:tcPr>
          <w:p w:rsidR="00DD75CC" w:rsidRPr="00DD75CC" w:rsidRDefault="00DD75CC" w:rsidP="00DD75CC">
            <w:pPr>
              <w:jc w:val="center"/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I₅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Техничар за администрирање рачунарских мрежа</w:t>
            </w:r>
          </w:p>
        </w:tc>
        <w:tc>
          <w:tcPr>
            <w:tcW w:w="3931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ИСТ</w:t>
            </w:r>
            <w:r>
              <w:rPr>
                <w:rFonts w:ascii="Times New Roman" w:hAnsi="Times New Roman" w:cs="Times New Roman"/>
                <w:sz w:val="14"/>
              </w:rPr>
              <w:t xml:space="preserve">ОРИЈА за први разред </w:t>
            </w:r>
            <w:r>
              <w:rPr>
                <w:rFonts w:ascii="Times New Roman" w:hAnsi="Times New Roman" w:cs="Times New Roman"/>
                <w:sz w:val="14"/>
                <w:lang w:val="sr-Cyrl-RS"/>
              </w:rPr>
              <w:t>средњих</w:t>
            </w:r>
            <w:r w:rsidRPr="00DD75CC">
              <w:rPr>
                <w:rFonts w:ascii="Times New Roman" w:hAnsi="Times New Roman" w:cs="Times New Roman"/>
                <w:sz w:val="14"/>
              </w:rPr>
              <w:t xml:space="preserve"> стручних школа</w:t>
            </w:r>
          </w:p>
        </w:tc>
        <w:tc>
          <w:tcPr>
            <w:tcW w:w="2248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  <w:sz w:val="14"/>
              </w:rPr>
            </w:pPr>
            <w:r w:rsidRPr="00DD75CC">
              <w:rPr>
                <w:rFonts w:ascii="Times New Roman" w:hAnsi="Times New Roman" w:cs="Times New Roman"/>
                <w:sz w:val="14"/>
                <w:lang w:val="sr-Cyrl-RS"/>
              </w:rPr>
              <w:t>Драгољуб М. Кочић</w:t>
            </w:r>
          </w:p>
        </w:tc>
        <w:tc>
          <w:tcPr>
            <w:tcW w:w="2381" w:type="dxa"/>
            <w:shd w:val="clear" w:color="auto" w:fill="auto"/>
            <w:vAlign w:val="center"/>
          </w:tcPr>
          <w:p w:rsidR="00DD75CC" w:rsidRPr="00967D00" w:rsidRDefault="00967D00" w:rsidP="00DD75CC">
            <w:pPr>
              <w:rPr>
                <w:rFonts w:ascii="Times New Roman" w:hAnsi="Times New Roman" w:cs="Times New Roman"/>
                <w:sz w:val="14"/>
              </w:rPr>
            </w:pPr>
            <w:r w:rsidRPr="00967D00">
              <w:rPr>
                <w:rFonts w:ascii="Times New Roman" w:hAnsi="Times New Roman" w:cs="Times New Roman"/>
                <w:sz w:val="14"/>
              </w:rPr>
              <w:t>Завод за уџбенике, Београд, 2024</w:t>
            </w:r>
          </w:p>
        </w:tc>
      </w:tr>
      <w:tr w:rsidR="00DD75CC" w:rsidRPr="00DD75CC" w:rsidTr="00EF7DD6">
        <w:trPr>
          <w:jc w:val="center"/>
        </w:trPr>
        <w:tc>
          <w:tcPr>
            <w:tcW w:w="2041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Историја</w:t>
            </w:r>
          </w:p>
        </w:tc>
        <w:tc>
          <w:tcPr>
            <w:tcW w:w="1757" w:type="dxa"/>
            <w:shd w:val="clear" w:color="auto" w:fill="auto"/>
            <w:vAlign w:val="center"/>
          </w:tcPr>
          <w:p w:rsidR="00DD75CC" w:rsidRPr="00DD75CC" w:rsidRDefault="00DD75CC" w:rsidP="00DD75CC">
            <w:pPr>
              <w:jc w:val="center"/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I₆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Техничар друмског саобраћаја</w:t>
            </w:r>
          </w:p>
        </w:tc>
        <w:tc>
          <w:tcPr>
            <w:tcW w:w="3931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ИСТ</w:t>
            </w:r>
            <w:r>
              <w:rPr>
                <w:rFonts w:ascii="Times New Roman" w:hAnsi="Times New Roman" w:cs="Times New Roman"/>
                <w:sz w:val="14"/>
              </w:rPr>
              <w:t xml:space="preserve">ОРИЈА за први разред </w:t>
            </w:r>
            <w:r>
              <w:rPr>
                <w:rFonts w:ascii="Times New Roman" w:hAnsi="Times New Roman" w:cs="Times New Roman"/>
                <w:sz w:val="14"/>
                <w:lang w:val="sr-Cyrl-RS"/>
              </w:rPr>
              <w:t>средњих</w:t>
            </w:r>
            <w:r w:rsidRPr="00DD75CC">
              <w:rPr>
                <w:rFonts w:ascii="Times New Roman" w:hAnsi="Times New Roman" w:cs="Times New Roman"/>
                <w:sz w:val="14"/>
              </w:rPr>
              <w:t xml:space="preserve"> стручних школа</w:t>
            </w:r>
          </w:p>
        </w:tc>
        <w:tc>
          <w:tcPr>
            <w:tcW w:w="2248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  <w:sz w:val="14"/>
              </w:rPr>
            </w:pPr>
            <w:r w:rsidRPr="00DD75CC">
              <w:rPr>
                <w:rFonts w:ascii="Times New Roman" w:hAnsi="Times New Roman" w:cs="Times New Roman"/>
                <w:sz w:val="14"/>
                <w:lang w:val="sr-Cyrl-RS"/>
              </w:rPr>
              <w:t>Драгољуб М. Кочић</w:t>
            </w:r>
          </w:p>
        </w:tc>
        <w:tc>
          <w:tcPr>
            <w:tcW w:w="2381" w:type="dxa"/>
            <w:shd w:val="clear" w:color="auto" w:fill="auto"/>
            <w:vAlign w:val="center"/>
          </w:tcPr>
          <w:p w:rsidR="00DD75CC" w:rsidRPr="00967D00" w:rsidRDefault="00967D00" w:rsidP="00DD75CC">
            <w:pPr>
              <w:rPr>
                <w:rFonts w:ascii="Times New Roman" w:hAnsi="Times New Roman" w:cs="Times New Roman"/>
                <w:sz w:val="14"/>
              </w:rPr>
            </w:pPr>
            <w:r w:rsidRPr="00967D00">
              <w:rPr>
                <w:rFonts w:ascii="Times New Roman" w:hAnsi="Times New Roman" w:cs="Times New Roman"/>
                <w:sz w:val="14"/>
              </w:rPr>
              <w:t>Завод за уџбенике, Београд, 2024</w:t>
            </w:r>
          </w:p>
        </w:tc>
      </w:tr>
      <w:tr w:rsidR="00DD75CC" w:rsidRPr="00DD75CC" w:rsidTr="00EF7DD6">
        <w:trPr>
          <w:jc w:val="center"/>
        </w:trPr>
        <w:tc>
          <w:tcPr>
            <w:tcW w:w="2041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Историја</w:t>
            </w:r>
          </w:p>
        </w:tc>
        <w:tc>
          <w:tcPr>
            <w:tcW w:w="1757" w:type="dxa"/>
            <w:shd w:val="clear" w:color="auto" w:fill="auto"/>
            <w:vAlign w:val="center"/>
          </w:tcPr>
          <w:p w:rsidR="00DD75CC" w:rsidRPr="00DD75CC" w:rsidRDefault="00DD75CC" w:rsidP="00DD75CC">
            <w:pPr>
              <w:jc w:val="center"/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I₇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Техничар друмског саобраћаја</w:t>
            </w:r>
          </w:p>
        </w:tc>
        <w:tc>
          <w:tcPr>
            <w:tcW w:w="3931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ИСТ</w:t>
            </w:r>
            <w:r>
              <w:rPr>
                <w:rFonts w:ascii="Times New Roman" w:hAnsi="Times New Roman" w:cs="Times New Roman"/>
                <w:sz w:val="14"/>
              </w:rPr>
              <w:t xml:space="preserve">ОРИЈА за први разред </w:t>
            </w:r>
            <w:r>
              <w:rPr>
                <w:rFonts w:ascii="Times New Roman" w:hAnsi="Times New Roman" w:cs="Times New Roman"/>
                <w:sz w:val="14"/>
                <w:lang w:val="sr-Cyrl-RS"/>
              </w:rPr>
              <w:t>средњих</w:t>
            </w:r>
            <w:r w:rsidRPr="00DD75CC">
              <w:rPr>
                <w:rFonts w:ascii="Times New Roman" w:hAnsi="Times New Roman" w:cs="Times New Roman"/>
                <w:sz w:val="14"/>
              </w:rPr>
              <w:t xml:space="preserve"> стручних школа</w:t>
            </w:r>
          </w:p>
        </w:tc>
        <w:tc>
          <w:tcPr>
            <w:tcW w:w="2248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  <w:sz w:val="14"/>
              </w:rPr>
            </w:pPr>
            <w:r w:rsidRPr="00DD75CC">
              <w:rPr>
                <w:rFonts w:ascii="Times New Roman" w:hAnsi="Times New Roman" w:cs="Times New Roman"/>
                <w:sz w:val="14"/>
                <w:lang w:val="sr-Cyrl-RS"/>
              </w:rPr>
              <w:t>Драгољуб М. Кочић</w:t>
            </w:r>
          </w:p>
        </w:tc>
        <w:tc>
          <w:tcPr>
            <w:tcW w:w="2381" w:type="dxa"/>
            <w:shd w:val="clear" w:color="auto" w:fill="auto"/>
            <w:vAlign w:val="center"/>
          </w:tcPr>
          <w:p w:rsidR="00DD75CC" w:rsidRPr="00967D00" w:rsidRDefault="00967D00" w:rsidP="00DD75CC">
            <w:pPr>
              <w:rPr>
                <w:rFonts w:ascii="Times New Roman" w:hAnsi="Times New Roman" w:cs="Times New Roman"/>
                <w:sz w:val="14"/>
              </w:rPr>
            </w:pPr>
            <w:r w:rsidRPr="00967D00">
              <w:rPr>
                <w:rFonts w:ascii="Times New Roman" w:hAnsi="Times New Roman" w:cs="Times New Roman"/>
                <w:sz w:val="14"/>
              </w:rPr>
              <w:t>Завод за уџбенике, Београд, 2024</w:t>
            </w:r>
          </w:p>
        </w:tc>
      </w:tr>
      <w:tr w:rsidR="00DD75CC" w:rsidRPr="00DD75CC" w:rsidTr="00EF7DD6">
        <w:trPr>
          <w:jc w:val="center"/>
        </w:trPr>
        <w:tc>
          <w:tcPr>
            <w:tcW w:w="2041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Историја</w:t>
            </w:r>
          </w:p>
        </w:tc>
        <w:tc>
          <w:tcPr>
            <w:tcW w:w="1757" w:type="dxa"/>
            <w:shd w:val="clear" w:color="auto" w:fill="auto"/>
            <w:vAlign w:val="center"/>
          </w:tcPr>
          <w:p w:rsidR="00DD75CC" w:rsidRPr="00DD75CC" w:rsidRDefault="00DD75CC" w:rsidP="00DD75CC">
            <w:pPr>
              <w:jc w:val="center"/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I₈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Возач моторних возила</w:t>
            </w:r>
          </w:p>
        </w:tc>
        <w:tc>
          <w:tcPr>
            <w:tcW w:w="3931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ИСТОРИЈА за први разред трогодишњих стручних школа</w:t>
            </w:r>
          </w:p>
        </w:tc>
        <w:tc>
          <w:tcPr>
            <w:tcW w:w="2248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Данило Шаренац</w:t>
            </w:r>
          </w:p>
        </w:tc>
        <w:tc>
          <w:tcPr>
            <w:tcW w:w="2381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Завод за уџбенике, Београд, 2024.</w:t>
            </w:r>
          </w:p>
        </w:tc>
      </w:tr>
      <w:tr w:rsidR="00DD75CC" w:rsidRPr="00DD75CC" w:rsidTr="00EF7DD6">
        <w:trPr>
          <w:jc w:val="center"/>
        </w:trPr>
        <w:tc>
          <w:tcPr>
            <w:tcW w:w="2041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Историја</w:t>
            </w:r>
          </w:p>
        </w:tc>
        <w:tc>
          <w:tcPr>
            <w:tcW w:w="1757" w:type="dxa"/>
            <w:shd w:val="clear" w:color="auto" w:fill="auto"/>
            <w:vAlign w:val="center"/>
          </w:tcPr>
          <w:p w:rsidR="00DD75CC" w:rsidRPr="00DD75CC" w:rsidRDefault="00DD75CC" w:rsidP="00DD75CC">
            <w:pPr>
              <w:jc w:val="center"/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I₉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Механичар моторних возила</w:t>
            </w:r>
          </w:p>
        </w:tc>
        <w:tc>
          <w:tcPr>
            <w:tcW w:w="3931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ИСТОРИЈА за први разред трогодишњих стручних школа</w:t>
            </w:r>
          </w:p>
        </w:tc>
        <w:tc>
          <w:tcPr>
            <w:tcW w:w="2248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Данило Шаренац</w:t>
            </w:r>
          </w:p>
        </w:tc>
        <w:tc>
          <w:tcPr>
            <w:tcW w:w="2381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Завод за уџбенике, Београд, 2024.</w:t>
            </w:r>
          </w:p>
        </w:tc>
      </w:tr>
      <w:tr w:rsidR="00DD75CC" w:rsidRPr="00DD75CC" w:rsidTr="00EF7DD6">
        <w:trPr>
          <w:jc w:val="center"/>
        </w:trPr>
        <w:tc>
          <w:tcPr>
            <w:tcW w:w="2041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Историја</w:t>
            </w:r>
          </w:p>
        </w:tc>
        <w:tc>
          <w:tcPr>
            <w:tcW w:w="1757" w:type="dxa"/>
            <w:shd w:val="clear" w:color="auto" w:fill="auto"/>
            <w:vAlign w:val="center"/>
          </w:tcPr>
          <w:p w:rsidR="00DD75CC" w:rsidRPr="00DD75CC" w:rsidRDefault="00DD75CC" w:rsidP="00DD75CC">
            <w:pPr>
              <w:jc w:val="center"/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I₁₀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Електричар</w:t>
            </w:r>
          </w:p>
        </w:tc>
        <w:tc>
          <w:tcPr>
            <w:tcW w:w="3931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ИСТОРИЈА за први разред трогодишњих стручних школа</w:t>
            </w:r>
          </w:p>
        </w:tc>
        <w:tc>
          <w:tcPr>
            <w:tcW w:w="2248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Данило Шаренац</w:t>
            </w:r>
          </w:p>
        </w:tc>
        <w:tc>
          <w:tcPr>
            <w:tcW w:w="2381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Завод за уџбенике, Београд, 2024.</w:t>
            </w:r>
          </w:p>
        </w:tc>
      </w:tr>
      <w:tr w:rsidR="00DD75CC" w:rsidRPr="00DD75CC" w:rsidTr="00EF7DD6">
        <w:trPr>
          <w:jc w:val="center"/>
        </w:trPr>
        <w:tc>
          <w:tcPr>
            <w:tcW w:w="2041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Историја</w:t>
            </w:r>
          </w:p>
        </w:tc>
        <w:tc>
          <w:tcPr>
            <w:tcW w:w="1757" w:type="dxa"/>
            <w:shd w:val="clear" w:color="auto" w:fill="auto"/>
            <w:vAlign w:val="center"/>
          </w:tcPr>
          <w:p w:rsidR="00DD75CC" w:rsidRPr="00DD75CC" w:rsidRDefault="00DD75CC" w:rsidP="00DD75CC">
            <w:pPr>
              <w:jc w:val="center"/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II₁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Техничар за компјутерско управљање CNC</w:t>
            </w:r>
          </w:p>
        </w:tc>
        <w:tc>
          <w:tcPr>
            <w:tcW w:w="3931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ИСТОРИЈА за 2. разред средњих стручних школа</w:t>
            </w:r>
          </w:p>
        </w:tc>
        <w:tc>
          <w:tcPr>
            <w:tcW w:w="2248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Иван М. Бецић</w:t>
            </w:r>
          </w:p>
        </w:tc>
        <w:tc>
          <w:tcPr>
            <w:tcW w:w="2381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Завод за уџбенике, Београд, 2025.</w:t>
            </w:r>
          </w:p>
        </w:tc>
      </w:tr>
      <w:tr w:rsidR="00171121" w:rsidRPr="00DD75CC" w:rsidTr="000B1665">
        <w:trPr>
          <w:jc w:val="center"/>
        </w:trPr>
        <w:tc>
          <w:tcPr>
            <w:tcW w:w="15760" w:type="dxa"/>
            <w:gridSpan w:val="6"/>
            <w:shd w:val="clear" w:color="auto" w:fill="EEECE1" w:themeFill="background2"/>
            <w:vAlign w:val="center"/>
          </w:tcPr>
          <w:p w:rsidR="00171121" w:rsidRPr="00DD75CC" w:rsidRDefault="00171121" w:rsidP="00DD75CC">
            <w:pPr>
              <w:rPr>
                <w:rFonts w:ascii="Times New Roman" w:hAnsi="Times New Roman" w:cs="Times New Roman"/>
                <w:sz w:val="14"/>
              </w:rPr>
            </w:pPr>
          </w:p>
        </w:tc>
      </w:tr>
      <w:tr w:rsidR="00DD75CC" w:rsidRPr="00DD75CC" w:rsidTr="00EF7DD6">
        <w:trPr>
          <w:jc w:val="center"/>
        </w:trPr>
        <w:tc>
          <w:tcPr>
            <w:tcW w:w="2041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Саобраћајна психологија</w:t>
            </w:r>
          </w:p>
        </w:tc>
        <w:tc>
          <w:tcPr>
            <w:tcW w:w="1757" w:type="dxa"/>
            <w:vAlign w:val="center"/>
          </w:tcPr>
          <w:p w:rsidR="00DD75CC" w:rsidRPr="00DD75CC" w:rsidRDefault="00DD75CC" w:rsidP="00DD75CC">
            <w:pPr>
              <w:jc w:val="center"/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II₆</w:t>
            </w:r>
          </w:p>
        </w:tc>
        <w:tc>
          <w:tcPr>
            <w:tcW w:w="3402" w:type="dxa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Техничар друмског саобраћаја</w:t>
            </w:r>
          </w:p>
        </w:tc>
        <w:tc>
          <w:tcPr>
            <w:tcW w:w="3931" w:type="dxa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Основе саобраћајне психологије</w:t>
            </w:r>
          </w:p>
        </w:tc>
        <w:tc>
          <w:tcPr>
            <w:tcW w:w="2248" w:type="dxa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Вукосава Вукадиновић</w:t>
            </w:r>
          </w:p>
        </w:tc>
        <w:tc>
          <w:tcPr>
            <w:tcW w:w="2381" w:type="dxa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Завод за уџбенике, Београд, 2015.</w:t>
            </w:r>
          </w:p>
        </w:tc>
      </w:tr>
      <w:tr w:rsidR="00DD75CC" w:rsidRPr="00DD75CC" w:rsidTr="00EF7DD6">
        <w:trPr>
          <w:jc w:val="center"/>
        </w:trPr>
        <w:tc>
          <w:tcPr>
            <w:tcW w:w="2041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Саобраћајна психологија</w:t>
            </w:r>
          </w:p>
        </w:tc>
        <w:tc>
          <w:tcPr>
            <w:tcW w:w="1757" w:type="dxa"/>
            <w:vAlign w:val="center"/>
          </w:tcPr>
          <w:p w:rsidR="00DD75CC" w:rsidRPr="00DD75CC" w:rsidRDefault="00DD75CC" w:rsidP="00DD75CC">
            <w:pPr>
              <w:jc w:val="center"/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II₇</w:t>
            </w:r>
          </w:p>
        </w:tc>
        <w:tc>
          <w:tcPr>
            <w:tcW w:w="3402" w:type="dxa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Техничар друмског саобраћаја</w:t>
            </w:r>
          </w:p>
        </w:tc>
        <w:tc>
          <w:tcPr>
            <w:tcW w:w="3931" w:type="dxa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Основе саобраћајне психологије</w:t>
            </w:r>
          </w:p>
        </w:tc>
        <w:tc>
          <w:tcPr>
            <w:tcW w:w="2248" w:type="dxa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Вукосава Вукадиновић</w:t>
            </w:r>
          </w:p>
        </w:tc>
        <w:tc>
          <w:tcPr>
            <w:tcW w:w="2381" w:type="dxa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Завод за уџбенике, Београд, 2015.</w:t>
            </w:r>
          </w:p>
        </w:tc>
      </w:tr>
      <w:tr w:rsidR="00DD75CC" w:rsidRPr="00DD75CC" w:rsidTr="00EF7DD6">
        <w:trPr>
          <w:jc w:val="center"/>
        </w:trPr>
        <w:tc>
          <w:tcPr>
            <w:tcW w:w="2041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Саобраћајна психологија</w:t>
            </w:r>
          </w:p>
        </w:tc>
        <w:tc>
          <w:tcPr>
            <w:tcW w:w="1757" w:type="dxa"/>
            <w:vAlign w:val="center"/>
          </w:tcPr>
          <w:p w:rsidR="00DD75CC" w:rsidRPr="00DD75CC" w:rsidRDefault="00DD75CC" w:rsidP="00DD75CC">
            <w:pPr>
              <w:jc w:val="center"/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II₈</w:t>
            </w:r>
          </w:p>
        </w:tc>
        <w:tc>
          <w:tcPr>
            <w:tcW w:w="3402" w:type="dxa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Возач моторних возила</w:t>
            </w:r>
          </w:p>
        </w:tc>
        <w:tc>
          <w:tcPr>
            <w:tcW w:w="3931" w:type="dxa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Основе саобраћајне психологије</w:t>
            </w:r>
          </w:p>
        </w:tc>
        <w:tc>
          <w:tcPr>
            <w:tcW w:w="2248" w:type="dxa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Вукосава Вукадиновић</w:t>
            </w:r>
          </w:p>
        </w:tc>
        <w:tc>
          <w:tcPr>
            <w:tcW w:w="2381" w:type="dxa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Завод за уџбенике, Београд, 2015.</w:t>
            </w:r>
          </w:p>
        </w:tc>
      </w:tr>
      <w:tr w:rsidR="00DD75CC" w:rsidRPr="00DD75CC" w:rsidTr="00EF7DD6">
        <w:trPr>
          <w:jc w:val="center"/>
        </w:trPr>
        <w:tc>
          <w:tcPr>
            <w:tcW w:w="2041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Саобраћајна психологија</w:t>
            </w:r>
          </w:p>
        </w:tc>
        <w:tc>
          <w:tcPr>
            <w:tcW w:w="1757" w:type="dxa"/>
            <w:vAlign w:val="center"/>
          </w:tcPr>
          <w:p w:rsidR="00DD75CC" w:rsidRPr="00DD75CC" w:rsidRDefault="00DD75CC" w:rsidP="00DD75CC">
            <w:pPr>
              <w:jc w:val="center"/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II₉</w:t>
            </w:r>
          </w:p>
        </w:tc>
        <w:tc>
          <w:tcPr>
            <w:tcW w:w="3402" w:type="dxa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Возач моторних возила</w:t>
            </w:r>
          </w:p>
        </w:tc>
        <w:tc>
          <w:tcPr>
            <w:tcW w:w="3931" w:type="dxa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Основе саобраћајне психологије</w:t>
            </w:r>
          </w:p>
        </w:tc>
        <w:tc>
          <w:tcPr>
            <w:tcW w:w="2248" w:type="dxa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Вукосава Вукадиновић</w:t>
            </w:r>
          </w:p>
        </w:tc>
        <w:tc>
          <w:tcPr>
            <w:tcW w:w="2381" w:type="dxa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Завод за уџбенике, Београд, 2015.</w:t>
            </w:r>
          </w:p>
        </w:tc>
      </w:tr>
      <w:tr w:rsidR="00EF7DD6" w:rsidRPr="00DD75CC" w:rsidTr="00375A87">
        <w:trPr>
          <w:jc w:val="center"/>
        </w:trPr>
        <w:tc>
          <w:tcPr>
            <w:tcW w:w="15760" w:type="dxa"/>
            <w:gridSpan w:val="6"/>
            <w:shd w:val="clear" w:color="auto" w:fill="EEECE1" w:themeFill="background2"/>
            <w:vAlign w:val="center"/>
          </w:tcPr>
          <w:p w:rsidR="00EF7DD6" w:rsidRPr="00EF7DD6" w:rsidRDefault="00EF7DD6" w:rsidP="00DD75CC">
            <w:pPr>
              <w:rPr>
                <w:rFonts w:ascii="Times New Roman" w:hAnsi="Times New Roman" w:cs="Times New Roman"/>
                <w:sz w:val="14"/>
                <w:lang w:val="sr-Latn-RS"/>
              </w:rPr>
            </w:pPr>
          </w:p>
        </w:tc>
      </w:tr>
      <w:tr w:rsidR="00DD75CC" w:rsidRPr="00DD75CC" w:rsidTr="00EF7DD6">
        <w:trPr>
          <w:jc w:val="center"/>
        </w:trPr>
        <w:tc>
          <w:tcPr>
            <w:tcW w:w="2041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Географија</w:t>
            </w:r>
          </w:p>
        </w:tc>
        <w:tc>
          <w:tcPr>
            <w:tcW w:w="1757" w:type="dxa"/>
            <w:shd w:val="clear" w:color="auto" w:fill="auto"/>
            <w:vAlign w:val="center"/>
          </w:tcPr>
          <w:p w:rsidR="00DD75CC" w:rsidRPr="00DD75CC" w:rsidRDefault="00DD75CC" w:rsidP="00DD75CC">
            <w:pPr>
              <w:jc w:val="center"/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II₁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Техничар за компјутерско управљање CNC</w:t>
            </w:r>
          </w:p>
        </w:tc>
        <w:tc>
          <w:tcPr>
            <w:tcW w:w="3931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Географија Србије, уџбеник за стручне школе</w:t>
            </w:r>
          </w:p>
        </w:tc>
        <w:tc>
          <w:tcPr>
            <w:tcW w:w="2248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Милка Ж.; Бојан Ђ.; Дринка М.</w:t>
            </w:r>
          </w:p>
        </w:tc>
        <w:tc>
          <w:tcPr>
            <w:tcW w:w="2381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Завод за уџбенике, Београд, 2024.</w:t>
            </w:r>
          </w:p>
        </w:tc>
      </w:tr>
      <w:tr w:rsidR="00DD75CC" w:rsidRPr="00DD75CC" w:rsidTr="00EF7DD6">
        <w:trPr>
          <w:jc w:val="center"/>
        </w:trPr>
        <w:tc>
          <w:tcPr>
            <w:tcW w:w="2041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Географија</w:t>
            </w:r>
          </w:p>
        </w:tc>
        <w:tc>
          <w:tcPr>
            <w:tcW w:w="1757" w:type="dxa"/>
            <w:shd w:val="clear" w:color="auto" w:fill="auto"/>
            <w:vAlign w:val="center"/>
          </w:tcPr>
          <w:p w:rsidR="00DD75CC" w:rsidRPr="00DD75CC" w:rsidRDefault="00DD75CC" w:rsidP="00DD75CC">
            <w:pPr>
              <w:jc w:val="center"/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II₅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Техничар за администрирање рачунарских мрежа</w:t>
            </w:r>
          </w:p>
        </w:tc>
        <w:tc>
          <w:tcPr>
            <w:tcW w:w="3931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Географија Србије, уџбеник за стручне школе</w:t>
            </w:r>
          </w:p>
        </w:tc>
        <w:tc>
          <w:tcPr>
            <w:tcW w:w="2248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Милка Ж.; Бојан Ђ.; Дринка М.</w:t>
            </w:r>
          </w:p>
        </w:tc>
        <w:tc>
          <w:tcPr>
            <w:tcW w:w="2381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Завод за уџбенике, Београд, 2024.</w:t>
            </w:r>
          </w:p>
        </w:tc>
      </w:tr>
      <w:tr w:rsidR="00DD75CC" w:rsidRPr="00DD75CC" w:rsidTr="00EF7DD6">
        <w:trPr>
          <w:jc w:val="center"/>
        </w:trPr>
        <w:tc>
          <w:tcPr>
            <w:tcW w:w="2041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Географија</w:t>
            </w:r>
          </w:p>
        </w:tc>
        <w:tc>
          <w:tcPr>
            <w:tcW w:w="1757" w:type="dxa"/>
            <w:shd w:val="clear" w:color="auto" w:fill="auto"/>
            <w:vAlign w:val="center"/>
          </w:tcPr>
          <w:p w:rsidR="00DD75CC" w:rsidRPr="00DD75CC" w:rsidRDefault="00DD75CC" w:rsidP="00DD75CC">
            <w:pPr>
              <w:jc w:val="center"/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I₂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Машински техничар моторних возила</w:t>
            </w:r>
          </w:p>
        </w:tc>
        <w:tc>
          <w:tcPr>
            <w:tcW w:w="3931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Географија Србије, уџбеник за стручне школе</w:t>
            </w:r>
          </w:p>
        </w:tc>
        <w:tc>
          <w:tcPr>
            <w:tcW w:w="2248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Милка Ж.; Бојан Ђ.; Дринка М.</w:t>
            </w:r>
          </w:p>
        </w:tc>
        <w:tc>
          <w:tcPr>
            <w:tcW w:w="2381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Завод за уџбенике, Београд, 2024.</w:t>
            </w:r>
          </w:p>
        </w:tc>
      </w:tr>
      <w:tr w:rsidR="00DD75CC" w:rsidRPr="00DD75CC" w:rsidTr="00EF7DD6">
        <w:trPr>
          <w:jc w:val="center"/>
        </w:trPr>
        <w:tc>
          <w:tcPr>
            <w:tcW w:w="2041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Географија</w:t>
            </w:r>
          </w:p>
        </w:tc>
        <w:tc>
          <w:tcPr>
            <w:tcW w:w="1757" w:type="dxa"/>
            <w:shd w:val="clear" w:color="auto" w:fill="auto"/>
            <w:vAlign w:val="center"/>
          </w:tcPr>
          <w:p w:rsidR="00DD75CC" w:rsidRPr="00DD75CC" w:rsidRDefault="00DD75CC" w:rsidP="00DD75CC">
            <w:pPr>
              <w:jc w:val="center"/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I₃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Електротехничар енергетике</w:t>
            </w:r>
          </w:p>
        </w:tc>
        <w:tc>
          <w:tcPr>
            <w:tcW w:w="3931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Географија Србије, уџбеник за стручне школе</w:t>
            </w:r>
          </w:p>
        </w:tc>
        <w:tc>
          <w:tcPr>
            <w:tcW w:w="2248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Милка Ж.; Бојан Ђ.; Дринка М.</w:t>
            </w:r>
          </w:p>
        </w:tc>
        <w:tc>
          <w:tcPr>
            <w:tcW w:w="2381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Завод за уџбенике, Београд, 2024.</w:t>
            </w:r>
          </w:p>
        </w:tc>
      </w:tr>
      <w:tr w:rsidR="00DD75CC" w:rsidRPr="00DD75CC" w:rsidTr="00EF7DD6">
        <w:trPr>
          <w:jc w:val="center"/>
        </w:trPr>
        <w:tc>
          <w:tcPr>
            <w:tcW w:w="2041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Географија</w:t>
            </w:r>
          </w:p>
        </w:tc>
        <w:tc>
          <w:tcPr>
            <w:tcW w:w="1757" w:type="dxa"/>
            <w:shd w:val="clear" w:color="auto" w:fill="auto"/>
            <w:vAlign w:val="center"/>
          </w:tcPr>
          <w:p w:rsidR="00DD75CC" w:rsidRPr="00DD75CC" w:rsidRDefault="00DD75CC" w:rsidP="00DD75CC">
            <w:pPr>
              <w:jc w:val="center"/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I₄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Техничар информационих технологија</w:t>
            </w:r>
          </w:p>
        </w:tc>
        <w:tc>
          <w:tcPr>
            <w:tcW w:w="3931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Географија Србије, уџбеник за стручне школе</w:t>
            </w:r>
          </w:p>
        </w:tc>
        <w:tc>
          <w:tcPr>
            <w:tcW w:w="2248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Милка Ж.; Бојан Ђ.; Дринка М.</w:t>
            </w:r>
          </w:p>
        </w:tc>
        <w:tc>
          <w:tcPr>
            <w:tcW w:w="2381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Завод за уџбенике, Београд, 2024.</w:t>
            </w:r>
          </w:p>
        </w:tc>
      </w:tr>
      <w:tr w:rsidR="00DD75CC" w:rsidRPr="00DD75CC" w:rsidTr="00EF7DD6">
        <w:trPr>
          <w:jc w:val="center"/>
        </w:trPr>
        <w:tc>
          <w:tcPr>
            <w:tcW w:w="2041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Географија</w:t>
            </w:r>
          </w:p>
        </w:tc>
        <w:tc>
          <w:tcPr>
            <w:tcW w:w="1757" w:type="dxa"/>
            <w:shd w:val="clear" w:color="auto" w:fill="auto"/>
            <w:vAlign w:val="center"/>
          </w:tcPr>
          <w:p w:rsidR="00DD75CC" w:rsidRPr="00DD75CC" w:rsidRDefault="00DD75CC" w:rsidP="00DD75CC">
            <w:pPr>
              <w:jc w:val="center"/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I₆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Техничар друмског саобраћаја</w:t>
            </w:r>
          </w:p>
        </w:tc>
        <w:tc>
          <w:tcPr>
            <w:tcW w:w="3931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Географија Србије, уџбеник за стручне школе</w:t>
            </w:r>
          </w:p>
        </w:tc>
        <w:tc>
          <w:tcPr>
            <w:tcW w:w="2248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Милка Ж.; Бојан Ђ.; Дринка М.</w:t>
            </w:r>
          </w:p>
        </w:tc>
        <w:tc>
          <w:tcPr>
            <w:tcW w:w="2381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Завод за уџбенике, Београд, 2024.</w:t>
            </w:r>
          </w:p>
        </w:tc>
      </w:tr>
      <w:tr w:rsidR="00DD75CC" w:rsidRPr="00DD75CC" w:rsidTr="00EF7DD6">
        <w:trPr>
          <w:jc w:val="center"/>
        </w:trPr>
        <w:tc>
          <w:tcPr>
            <w:tcW w:w="2041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Географија</w:t>
            </w:r>
          </w:p>
        </w:tc>
        <w:tc>
          <w:tcPr>
            <w:tcW w:w="1757" w:type="dxa"/>
            <w:shd w:val="clear" w:color="auto" w:fill="auto"/>
            <w:vAlign w:val="center"/>
          </w:tcPr>
          <w:p w:rsidR="00DD75CC" w:rsidRPr="00DD75CC" w:rsidRDefault="00DD75CC" w:rsidP="00DD75CC">
            <w:pPr>
              <w:jc w:val="center"/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I₇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Техничар друмског саобраћаја</w:t>
            </w:r>
          </w:p>
        </w:tc>
        <w:tc>
          <w:tcPr>
            <w:tcW w:w="3931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Географија Србије, уџбеник за стручне школе</w:t>
            </w:r>
          </w:p>
        </w:tc>
        <w:tc>
          <w:tcPr>
            <w:tcW w:w="2248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Милка Ж.; Бојан Ђ.; Дринка М.</w:t>
            </w:r>
          </w:p>
        </w:tc>
        <w:tc>
          <w:tcPr>
            <w:tcW w:w="2381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Завод за уџбенике, Београд, 2024.</w:t>
            </w:r>
          </w:p>
        </w:tc>
      </w:tr>
      <w:tr w:rsidR="00DD75CC" w:rsidRPr="00DD75CC" w:rsidTr="00EF7DD6">
        <w:trPr>
          <w:jc w:val="center"/>
        </w:trPr>
        <w:tc>
          <w:tcPr>
            <w:tcW w:w="2041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Географија</w:t>
            </w:r>
          </w:p>
        </w:tc>
        <w:tc>
          <w:tcPr>
            <w:tcW w:w="1757" w:type="dxa"/>
            <w:shd w:val="clear" w:color="auto" w:fill="auto"/>
            <w:vAlign w:val="center"/>
          </w:tcPr>
          <w:p w:rsidR="00DD75CC" w:rsidRPr="00DD75CC" w:rsidRDefault="00DD75CC" w:rsidP="00DD75CC">
            <w:pPr>
              <w:jc w:val="center"/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I₈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Возач моторних возила</w:t>
            </w:r>
          </w:p>
        </w:tc>
        <w:tc>
          <w:tcPr>
            <w:tcW w:w="3931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Географија Србије, уџбеник за стручне школе</w:t>
            </w:r>
          </w:p>
        </w:tc>
        <w:tc>
          <w:tcPr>
            <w:tcW w:w="2248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Милка Ж.; Бојан Ђ.; Дринка М.</w:t>
            </w:r>
          </w:p>
        </w:tc>
        <w:tc>
          <w:tcPr>
            <w:tcW w:w="2381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Завод за уџбенике, Београд, 2024.</w:t>
            </w:r>
          </w:p>
        </w:tc>
      </w:tr>
      <w:tr w:rsidR="00DD75CC" w:rsidRPr="00DD75CC" w:rsidTr="00EF7DD6">
        <w:trPr>
          <w:jc w:val="center"/>
        </w:trPr>
        <w:tc>
          <w:tcPr>
            <w:tcW w:w="2041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Географија</w:t>
            </w:r>
          </w:p>
        </w:tc>
        <w:tc>
          <w:tcPr>
            <w:tcW w:w="1757" w:type="dxa"/>
            <w:shd w:val="clear" w:color="auto" w:fill="auto"/>
            <w:vAlign w:val="center"/>
          </w:tcPr>
          <w:p w:rsidR="00DD75CC" w:rsidRPr="00DD75CC" w:rsidRDefault="00DD75CC" w:rsidP="00DD75CC">
            <w:pPr>
              <w:jc w:val="center"/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I₉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Механичар моторних возила</w:t>
            </w:r>
          </w:p>
        </w:tc>
        <w:tc>
          <w:tcPr>
            <w:tcW w:w="3931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Географија Србије, уџбеник за стручне школе</w:t>
            </w:r>
          </w:p>
        </w:tc>
        <w:tc>
          <w:tcPr>
            <w:tcW w:w="2248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Милка Ж.; Бојан Ђ.; Дринка М.</w:t>
            </w:r>
          </w:p>
        </w:tc>
        <w:tc>
          <w:tcPr>
            <w:tcW w:w="2381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Завод за уџбенике, Београд, 2024.</w:t>
            </w:r>
          </w:p>
        </w:tc>
      </w:tr>
      <w:tr w:rsidR="00DD75CC" w:rsidRPr="00DD75CC" w:rsidTr="00EF7DD6">
        <w:trPr>
          <w:jc w:val="center"/>
        </w:trPr>
        <w:tc>
          <w:tcPr>
            <w:tcW w:w="2041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Географија</w:t>
            </w:r>
          </w:p>
        </w:tc>
        <w:tc>
          <w:tcPr>
            <w:tcW w:w="1757" w:type="dxa"/>
            <w:shd w:val="clear" w:color="auto" w:fill="auto"/>
            <w:vAlign w:val="center"/>
          </w:tcPr>
          <w:p w:rsidR="00DD75CC" w:rsidRPr="00DD75CC" w:rsidRDefault="00DD75CC" w:rsidP="00DD75CC">
            <w:pPr>
              <w:jc w:val="center"/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I₁₀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Електричар</w:t>
            </w:r>
          </w:p>
        </w:tc>
        <w:tc>
          <w:tcPr>
            <w:tcW w:w="3931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Географија Србије, уџбеник за стручне школе</w:t>
            </w:r>
          </w:p>
        </w:tc>
        <w:tc>
          <w:tcPr>
            <w:tcW w:w="2248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Милка Ж.; Бојан Ђ.; Дринка М.</w:t>
            </w:r>
          </w:p>
        </w:tc>
        <w:tc>
          <w:tcPr>
            <w:tcW w:w="2381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Завод за уџбенике, Београд, 2024.</w:t>
            </w:r>
          </w:p>
        </w:tc>
      </w:tr>
      <w:tr w:rsidR="00DD75CC" w:rsidRPr="00DD75CC" w:rsidTr="00EF7DD6">
        <w:trPr>
          <w:jc w:val="center"/>
        </w:trPr>
        <w:tc>
          <w:tcPr>
            <w:tcW w:w="2041" w:type="dxa"/>
            <w:shd w:val="clear" w:color="auto" w:fill="auto"/>
            <w:vAlign w:val="center"/>
          </w:tcPr>
          <w:p w:rsidR="00DD75CC" w:rsidRPr="00DD75CC" w:rsidRDefault="00D15499" w:rsidP="00DD7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4"/>
              </w:rPr>
              <w:t>Индустријска географија</w:t>
            </w:r>
          </w:p>
        </w:tc>
        <w:tc>
          <w:tcPr>
            <w:tcW w:w="1757" w:type="dxa"/>
            <w:shd w:val="clear" w:color="auto" w:fill="auto"/>
            <w:vAlign w:val="center"/>
          </w:tcPr>
          <w:p w:rsidR="00DD75CC" w:rsidRPr="00DD75CC" w:rsidRDefault="00D15499" w:rsidP="00DD7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4"/>
              </w:rPr>
              <w:t>III</w:t>
            </w:r>
            <w:r w:rsidRPr="00D15499">
              <w:rPr>
                <w:rFonts w:ascii="Times New Roman" w:hAnsi="Times New Roman" w:cs="Times New Roman"/>
                <w:sz w:val="8"/>
              </w:rPr>
              <w:t>2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DD75CC" w:rsidRPr="00D15499" w:rsidRDefault="00D15499" w:rsidP="00DD75CC">
            <w:pPr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sz w:val="14"/>
                <w:lang w:val="sr-Cyrl-RS"/>
              </w:rPr>
              <w:t>Машински техничар моторних возила</w:t>
            </w:r>
          </w:p>
        </w:tc>
        <w:tc>
          <w:tcPr>
            <w:tcW w:w="3931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48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1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</w:p>
        </w:tc>
      </w:tr>
      <w:tr w:rsidR="00171121" w:rsidRPr="00DD75CC" w:rsidTr="00C12831">
        <w:trPr>
          <w:jc w:val="center"/>
        </w:trPr>
        <w:tc>
          <w:tcPr>
            <w:tcW w:w="15760" w:type="dxa"/>
            <w:gridSpan w:val="6"/>
            <w:shd w:val="clear" w:color="auto" w:fill="EEECE1" w:themeFill="background2"/>
            <w:vAlign w:val="center"/>
          </w:tcPr>
          <w:p w:rsidR="00171121" w:rsidRPr="00DD75CC" w:rsidRDefault="00171121" w:rsidP="00DD75CC">
            <w:pPr>
              <w:rPr>
                <w:rFonts w:ascii="Times New Roman" w:hAnsi="Times New Roman" w:cs="Times New Roman"/>
                <w:sz w:val="14"/>
              </w:rPr>
            </w:pPr>
          </w:p>
        </w:tc>
      </w:tr>
      <w:tr w:rsidR="00EF7DD6" w:rsidRPr="00DD75CC" w:rsidTr="00EF7DD6">
        <w:trPr>
          <w:jc w:val="center"/>
        </w:trPr>
        <w:tc>
          <w:tcPr>
            <w:tcW w:w="2041" w:type="dxa"/>
            <w:shd w:val="clear" w:color="auto" w:fill="auto"/>
            <w:vAlign w:val="center"/>
          </w:tcPr>
          <w:p w:rsidR="00EF7DD6" w:rsidRPr="00DD75CC" w:rsidRDefault="00EF7DD6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Социологија са правима грађана</w:t>
            </w:r>
          </w:p>
        </w:tc>
        <w:tc>
          <w:tcPr>
            <w:tcW w:w="1757" w:type="dxa"/>
            <w:vAlign w:val="center"/>
          </w:tcPr>
          <w:p w:rsidR="00EF7DD6" w:rsidRPr="00DD75CC" w:rsidRDefault="00EF7DD6" w:rsidP="00DD75CC">
            <w:pPr>
              <w:jc w:val="center"/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III₃</w:t>
            </w:r>
          </w:p>
        </w:tc>
        <w:tc>
          <w:tcPr>
            <w:tcW w:w="3402" w:type="dxa"/>
            <w:vAlign w:val="center"/>
          </w:tcPr>
          <w:p w:rsidR="00EF7DD6" w:rsidRPr="00DD75CC" w:rsidRDefault="00EF7DD6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Електротехничар енергетике</w:t>
            </w:r>
          </w:p>
        </w:tc>
        <w:tc>
          <w:tcPr>
            <w:tcW w:w="3931" w:type="dxa"/>
            <w:vAlign w:val="center"/>
          </w:tcPr>
          <w:p w:rsidR="00EF7DD6" w:rsidRPr="00DD75CC" w:rsidRDefault="00EF7DD6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СОЦИОЛОГИЈА, уџбеник за 4. разред гимназије и 3. разред средњих стручних школа</w:t>
            </w:r>
          </w:p>
        </w:tc>
        <w:tc>
          <w:tcPr>
            <w:tcW w:w="2248" w:type="dxa"/>
            <w:vAlign w:val="center"/>
          </w:tcPr>
          <w:p w:rsidR="00EF7DD6" w:rsidRPr="00EF7DD6" w:rsidRDefault="00EF7DD6" w:rsidP="00DD75CC">
            <w:pPr>
              <w:rPr>
                <w:rFonts w:ascii="Times New Roman" w:hAnsi="Times New Roman" w:cs="Times New Roman"/>
                <w:sz w:val="14"/>
                <w:lang w:val="sr-Cyrl-RS"/>
              </w:rPr>
            </w:pPr>
            <w:r w:rsidRPr="00EF7DD6">
              <w:rPr>
                <w:rFonts w:ascii="Times New Roman" w:hAnsi="Times New Roman" w:cs="Times New Roman"/>
                <w:sz w:val="14"/>
                <w:lang w:val="sr-Cyrl-RS"/>
              </w:rPr>
              <w:t>Владимир Вулетић</w:t>
            </w:r>
          </w:p>
        </w:tc>
        <w:tc>
          <w:tcPr>
            <w:tcW w:w="2381" w:type="dxa"/>
            <w:vAlign w:val="center"/>
          </w:tcPr>
          <w:p w:rsidR="00EF7DD6" w:rsidRPr="00DD75CC" w:rsidRDefault="00EF7DD6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Клетт, Београд, 2020.</w:t>
            </w:r>
          </w:p>
        </w:tc>
      </w:tr>
      <w:tr w:rsidR="00DD75CC" w:rsidRPr="00DD75CC" w:rsidTr="00EF7DD6">
        <w:trPr>
          <w:jc w:val="center"/>
        </w:trPr>
        <w:tc>
          <w:tcPr>
            <w:tcW w:w="2041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Социологија са правима грађана</w:t>
            </w:r>
          </w:p>
        </w:tc>
        <w:tc>
          <w:tcPr>
            <w:tcW w:w="1757" w:type="dxa"/>
            <w:vAlign w:val="center"/>
          </w:tcPr>
          <w:p w:rsidR="00DD75CC" w:rsidRPr="00DD75CC" w:rsidRDefault="00DD75CC" w:rsidP="00DD75CC">
            <w:pPr>
              <w:jc w:val="center"/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III₄</w:t>
            </w:r>
          </w:p>
        </w:tc>
        <w:tc>
          <w:tcPr>
            <w:tcW w:w="3402" w:type="dxa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Техничар информационих технологија</w:t>
            </w:r>
          </w:p>
        </w:tc>
        <w:tc>
          <w:tcPr>
            <w:tcW w:w="3931" w:type="dxa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СОЦИОЛОГИЈА, уџбеник за 4. разред гимназије и 3. разред средњих стручних школа</w:t>
            </w:r>
          </w:p>
        </w:tc>
        <w:tc>
          <w:tcPr>
            <w:tcW w:w="2248" w:type="dxa"/>
            <w:vAlign w:val="center"/>
          </w:tcPr>
          <w:p w:rsidR="00DD75CC" w:rsidRPr="00EF7DD6" w:rsidRDefault="00EF7DD6" w:rsidP="00DD75CC">
            <w:pPr>
              <w:rPr>
                <w:rFonts w:ascii="Times New Roman" w:hAnsi="Times New Roman" w:cs="Times New Roman"/>
                <w:sz w:val="14"/>
                <w:lang w:val="sr-Cyrl-RS"/>
              </w:rPr>
            </w:pPr>
            <w:r w:rsidRPr="00EF7DD6">
              <w:rPr>
                <w:rFonts w:ascii="Times New Roman" w:hAnsi="Times New Roman" w:cs="Times New Roman"/>
                <w:sz w:val="14"/>
                <w:lang w:val="sr-Cyrl-RS"/>
              </w:rPr>
              <w:t>Владимир Вулетић</w:t>
            </w:r>
          </w:p>
        </w:tc>
        <w:tc>
          <w:tcPr>
            <w:tcW w:w="2381" w:type="dxa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Клетт, Београд, 2020.</w:t>
            </w:r>
          </w:p>
        </w:tc>
      </w:tr>
      <w:tr w:rsidR="00DD75CC" w:rsidRPr="00DD75CC" w:rsidTr="00EF7DD6">
        <w:trPr>
          <w:jc w:val="center"/>
        </w:trPr>
        <w:tc>
          <w:tcPr>
            <w:tcW w:w="2041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Социологија са правима грађана</w:t>
            </w:r>
          </w:p>
        </w:tc>
        <w:tc>
          <w:tcPr>
            <w:tcW w:w="1757" w:type="dxa"/>
            <w:vAlign w:val="center"/>
          </w:tcPr>
          <w:p w:rsidR="00DD75CC" w:rsidRPr="00DD75CC" w:rsidRDefault="00DD75CC" w:rsidP="00DD75CC">
            <w:pPr>
              <w:jc w:val="center"/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III₅</w:t>
            </w:r>
          </w:p>
        </w:tc>
        <w:tc>
          <w:tcPr>
            <w:tcW w:w="3402" w:type="dxa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Техничар за администрирање рачунарских мрежа</w:t>
            </w:r>
          </w:p>
        </w:tc>
        <w:tc>
          <w:tcPr>
            <w:tcW w:w="3931" w:type="dxa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СОЦИОЛОГИЈА, уџбеник за 4. разред гимназије и 3. разред средњих стручних школа</w:t>
            </w:r>
          </w:p>
        </w:tc>
        <w:tc>
          <w:tcPr>
            <w:tcW w:w="2248" w:type="dxa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Владимир Вулетић</w:t>
            </w:r>
          </w:p>
        </w:tc>
        <w:tc>
          <w:tcPr>
            <w:tcW w:w="2381" w:type="dxa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Клетт, Београд, 2020.</w:t>
            </w:r>
          </w:p>
        </w:tc>
      </w:tr>
      <w:tr w:rsidR="00DD75CC" w:rsidRPr="00DD75CC" w:rsidTr="00EF7DD6">
        <w:trPr>
          <w:jc w:val="center"/>
        </w:trPr>
        <w:tc>
          <w:tcPr>
            <w:tcW w:w="2041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Социологија са правима грађана</w:t>
            </w:r>
          </w:p>
        </w:tc>
        <w:tc>
          <w:tcPr>
            <w:tcW w:w="1757" w:type="dxa"/>
            <w:vAlign w:val="center"/>
          </w:tcPr>
          <w:p w:rsidR="00DD75CC" w:rsidRPr="00DD75CC" w:rsidRDefault="00DD75CC" w:rsidP="00DD75CC">
            <w:pPr>
              <w:jc w:val="center"/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III₆</w:t>
            </w:r>
          </w:p>
        </w:tc>
        <w:tc>
          <w:tcPr>
            <w:tcW w:w="3402" w:type="dxa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Техничар друмског саобраћаја</w:t>
            </w:r>
          </w:p>
        </w:tc>
        <w:tc>
          <w:tcPr>
            <w:tcW w:w="3931" w:type="dxa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СОЦИОЛОГИЈА, уџбеник за 4. разред гимназије и 3. разред средњих стручних школа</w:t>
            </w:r>
          </w:p>
        </w:tc>
        <w:tc>
          <w:tcPr>
            <w:tcW w:w="2248" w:type="dxa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Владимир Вулетић</w:t>
            </w:r>
          </w:p>
        </w:tc>
        <w:tc>
          <w:tcPr>
            <w:tcW w:w="2381" w:type="dxa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Клетт, Београд, 2020.</w:t>
            </w:r>
          </w:p>
        </w:tc>
      </w:tr>
      <w:tr w:rsidR="00DD75CC" w:rsidRPr="00DD75CC" w:rsidTr="00EF7DD6">
        <w:trPr>
          <w:jc w:val="center"/>
        </w:trPr>
        <w:tc>
          <w:tcPr>
            <w:tcW w:w="2041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Социологија са правима грађана</w:t>
            </w:r>
          </w:p>
        </w:tc>
        <w:tc>
          <w:tcPr>
            <w:tcW w:w="1757" w:type="dxa"/>
            <w:vAlign w:val="center"/>
          </w:tcPr>
          <w:p w:rsidR="00DD75CC" w:rsidRPr="00DD75CC" w:rsidRDefault="00DD75CC" w:rsidP="00DD75CC">
            <w:pPr>
              <w:jc w:val="center"/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III₇</w:t>
            </w:r>
          </w:p>
        </w:tc>
        <w:tc>
          <w:tcPr>
            <w:tcW w:w="3402" w:type="dxa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Техничар друмског саобраћаја</w:t>
            </w:r>
          </w:p>
        </w:tc>
        <w:tc>
          <w:tcPr>
            <w:tcW w:w="3931" w:type="dxa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СОЦИОЛОГИЈА, уџбеник за 4. разред гимназије и 3. разред средњих стручних школа</w:t>
            </w:r>
          </w:p>
        </w:tc>
        <w:tc>
          <w:tcPr>
            <w:tcW w:w="2248" w:type="dxa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Владимир Вулетић</w:t>
            </w:r>
          </w:p>
        </w:tc>
        <w:tc>
          <w:tcPr>
            <w:tcW w:w="2381" w:type="dxa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Клетт, Београд, 2020.</w:t>
            </w:r>
          </w:p>
        </w:tc>
      </w:tr>
      <w:tr w:rsidR="00DD75CC" w:rsidRPr="00DD75CC" w:rsidTr="00EF7DD6">
        <w:trPr>
          <w:jc w:val="center"/>
        </w:trPr>
        <w:tc>
          <w:tcPr>
            <w:tcW w:w="2041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Социологија са правима грађана</w:t>
            </w:r>
          </w:p>
        </w:tc>
        <w:tc>
          <w:tcPr>
            <w:tcW w:w="1757" w:type="dxa"/>
            <w:vAlign w:val="center"/>
          </w:tcPr>
          <w:p w:rsidR="00DD75CC" w:rsidRPr="00DD75CC" w:rsidRDefault="00DD75CC" w:rsidP="00DD75CC">
            <w:pPr>
              <w:jc w:val="center"/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III₈</w:t>
            </w:r>
          </w:p>
        </w:tc>
        <w:tc>
          <w:tcPr>
            <w:tcW w:w="3402" w:type="dxa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Возач моторних возила</w:t>
            </w:r>
          </w:p>
        </w:tc>
        <w:tc>
          <w:tcPr>
            <w:tcW w:w="3931" w:type="dxa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СОЦИОЛОГИЈА, уџбеник за 4. разред гимназије и 3. разред средњих стручних школа</w:t>
            </w:r>
          </w:p>
        </w:tc>
        <w:tc>
          <w:tcPr>
            <w:tcW w:w="2248" w:type="dxa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Владимир Вулетић</w:t>
            </w:r>
          </w:p>
        </w:tc>
        <w:tc>
          <w:tcPr>
            <w:tcW w:w="2381" w:type="dxa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Клетт, Београд, 2020.</w:t>
            </w:r>
          </w:p>
        </w:tc>
      </w:tr>
      <w:tr w:rsidR="00DD75CC" w:rsidRPr="00DD75CC" w:rsidTr="00EF7DD6">
        <w:trPr>
          <w:jc w:val="center"/>
        </w:trPr>
        <w:tc>
          <w:tcPr>
            <w:tcW w:w="2041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lastRenderedPageBreak/>
              <w:t>Социологија са правима грађана</w:t>
            </w:r>
          </w:p>
        </w:tc>
        <w:tc>
          <w:tcPr>
            <w:tcW w:w="1757" w:type="dxa"/>
            <w:vAlign w:val="center"/>
          </w:tcPr>
          <w:p w:rsidR="00DD75CC" w:rsidRPr="00DD75CC" w:rsidRDefault="00DD75CC" w:rsidP="00DD75CC">
            <w:pPr>
              <w:jc w:val="center"/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III₉</w:t>
            </w:r>
          </w:p>
        </w:tc>
        <w:tc>
          <w:tcPr>
            <w:tcW w:w="3402" w:type="dxa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Возач моторних возила</w:t>
            </w:r>
          </w:p>
        </w:tc>
        <w:tc>
          <w:tcPr>
            <w:tcW w:w="3931" w:type="dxa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СОЦИОЛОГИЈА, уџбеник за 4. разред гимназије и 3. разред средњих стручних школа</w:t>
            </w:r>
          </w:p>
        </w:tc>
        <w:tc>
          <w:tcPr>
            <w:tcW w:w="2248" w:type="dxa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Владимир Вулетић</w:t>
            </w:r>
          </w:p>
        </w:tc>
        <w:tc>
          <w:tcPr>
            <w:tcW w:w="2381" w:type="dxa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Клетт, Београд, 2020.</w:t>
            </w:r>
          </w:p>
        </w:tc>
      </w:tr>
      <w:tr w:rsidR="00DD75CC" w:rsidRPr="00DD75CC" w:rsidTr="00EF7DD6">
        <w:trPr>
          <w:jc w:val="center"/>
        </w:trPr>
        <w:tc>
          <w:tcPr>
            <w:tcW w:w="2041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Социологија са правима грађана</w:t>
            </w:r>
          </w:p>
        </w:tc>
        <w:tc>
          <w:tcPr>
            <w:tcW w:w="1757" w:type="dxa"/>
            <w:vAlign w:val="center"/>
          </w:tcPr>
          <w:p w:rsidR="00DD75CC" w:rsidRPr="00DD75CC" w:rsidRDefault="00DD75CC" w:rsidP="00DD75CC">
            <w:pPr>
              <w:jc w:val="center"/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III₁₀</w:t>
            </w:r>
          </w:p>
        </w:tc>
        <w:tc>
          <w:tcPr>
            <w:tcW w:w="3402" w:type="dxa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Механичар моторних возила</w:t>
            </w:r>
          </w:p>
        </w:tc>
        <w:tc>
          <w:tcPr>
            <w:tcW w:w="3931" w:type="dxa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СОЦИОЛОГИЈА, уџбеник за 4. разред гимназије и 3. разред средњих стручних школа</w:t>
            </w:r>
          </w:p>
        </w:tc>
        <w:tc>
          <w:tcPr>
            <w:tcW w:w="2248" w:type="dxa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Владимир Вулетић</w:t>
            </w:r>
          </w:p>
        </w:tc>
        <w:tc>
          <w:tcPr>
            <w:tcW w:w="2381" w:type="dxa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Клетт, Београд, 2020.</w:t>
            </w:r>
          </w:p>
        </w:tc>
      </w:tr>
      <w:tr w:rsidR="00DD75CC" w:rsidRPr="00DD75CC" w:rsidTr="00EF7DD6">
        <w:trPr>
          <w:jc w:val="center"/>
        </w:trPr>
        <w:tc>
          <w:tcPr>
            <w:tcW w:w="2041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Социологија са правима грађана</w:t>
            </w:r>
          </w:p>
        </w:tc>
        <w:tc>
          <w:tcPr>
            <w:tcW w:w="1757" w:type="dxa"/>
            <w:vAlign w:val="center"/>
          </w:tcPr>
          <w:p w:rsidR="00DD75CC" w:rsidRPr="00DD75CC" w:rsidRDefault="00DD75CC" w:rsidP="00DD75CC">
            <w:pPr>
              <w:jc w:val="center"/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III₁₁</w:t>
            </w:r>
          </w:p>
        </w:tc>
        <w:tc>
          <w:tcPr>
            <w:tcW w:w="3402" w:type="dxa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Електричар</w:t>
            </w:r>
          </w:p>
        </w:tc>
        <w:tc>
          <w:tcPr>
            <w:tcW w:w="3931" w:type="dxa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СОЦИОЛОГИЈА, уџбеник за 4. разред гимназије и 3. разред средњих стручних школа</w:t>
            </w:r>
          </w:p>
        </w:tc>
        <w:tc>
          <w:tcPr>
            <w:tcW w:w="2248" w:type="dxa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Владимир Вулетић</w:t>
            </w:r>
          </w:p>
        </w:tc>
        <w:tc>
          <w:tcPr>
            <w:tcW w:w="2381" w:type="dxa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Клетт, Београд, 2020.</w:t>
            </w:r>
          </w:p>
        </w:tc>
      </w:tr>
      <w:tr w:rsidR="00DD75CC" w:rsidRPr="00DD75CC" w:rsidTr="00EF7DD6">
        <w:trPr>
          <w:jc w:val="center"/>
        </w:trPr>
        <w:tc>
          <w:tcPr>
            <w:tcW w:w="2041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Социологија са правима грађана</w:t>
            </w:r>
          </w:p>
        </w:tc>
        <w:tc>
          <w:tcPr>
            <w:tcW w:w="1757" w:type="dxa"/>
            <w:vAlign w:val="center"/>
          </w:tcPr>
          <w:p w:rsidR="00DD75CC" w:rsidRPr="00DD75CC" w:rsidRDefault="00DD75CC" w:rsidP="00DD75CC">
            <w:pPr>
              <w:jc w:val="center"/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IV₁</w:t>
            </w:r>
          </w:p>
        </w:tc>
        <w:tc>
          <w:tcPr>
            <w:tcW w:w="3402" w:type="dxa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Техничар за компјутерско управљање CNC</w:t>
            </w:r>
          </w:p>
        </w:tc>
        <w:tc>
          <w:tcPr>
            <w:tcW w:w="3931" w:type="dxa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СОЦИОЛОГИЈА, уџбеник за 4. разред гимназије и 3. разред средњих стручних школа</w:t>
            </w:r>
          </w:p>
        </w:tc>
        <w:tc>
          <w:tcPr>
            <w:tcW w:w="2248" w:type="dxa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Владимир Вулетић</w:t>
            </w:r>
          </w:p>
        </w:tc>
        <w:tc>
          <w:tcPr>
            <w:tcW w:w="2381" w:type="dxa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Клетт, Београд, 2020.</w:t>
            </w:r>
          </w:p>
        </w:tc>
      </w:tr>
      <w:tr w:rsidR="00171121" w:rsidRPr="00DD75CC" w:rsidTr="002B5E98">
        <w:trPr>
          <w:jc w:val="center"/>
        </w:trPr>
        <w:tc>
          <w:tcPr>
            <w:tcW w:w="15760" w:type="dxa"/>
            <w:gridSpan w:val="6"/>
            <w:shd w:val="clear" w:color="auto" w:fill="EEECE1" w:themeFill="background2"/>
            <w:vAlign w:val="center"/>
          </w:tcPr>
          <w:p w:rsidR="00171121" w:rsidRPr="00DD75CC" w:rsidRDefault="00171121" w:rsidP="00DD75CC">
            <w:pPr>
              <w:rPr>
                <w:rFonts w:ascii="Times New Roman" w:hAnsi="Times New Roman" w:cs="Times New Roman"/>
                <w:sz w:val="14"/>
              </w:rPr>
            </w:pPr>
          </w:p>
        </w:tc>
      </w:tr>
      <w:tr w:rsidR="00DD75CC" w:rsidRPr="00DD75CC" w:rsidTr="00EF7DD6">
        <w:trPr>
          <w:jc w:val="center"/>
        </w:trPr>
        <w:tc>
          <w:tcPr>
            <w:tcW w:w="2041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Устав и права грађана</w:t>
            </w:r>
          </w:p>
        </w:tc>
        <w:tc>
          <w:tcPr>
            <w:tcW w:w="1757" w:type="dxa"/>
            <w:shd w:val="clear" w:color="auto" w:fill="auto"/>
            <w:vAlign w:val="center"/>
          </w:tcPr>
          <w:p w:rsidR="00DD75CC" w:rsidRPr="00DD75CC" w:rsidRDefault="00DD75CC" w:rsidP="00DD75CC">
            <w:pPr>
              <w:jc w:val="center"/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IV₂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Машински техничар моторних возила</w:t>
            </w:r>
          </w:p>
        </w:tc>
        <w:tc>
          <w:tcPr>
            <w:tcW w:w="3931" w:type="dxa"/>
            <w:shd w:val="clear" w:color="auto" w:fill="auto"/>
            <w:vAlign w:val="center"/>
          </w:tcPr>
          <w:p w:rsidR="00DD75CC" w:rsidRPr="00DD75CC" w:rsidRDefault="00EF7DD6" w:rsidP="00DD75CC">
            <w:pPr>
              <w:rPr>
                <w:rFonts w:ascii="Times New Roman" w:hAnsi="Times New Roman" w:cs="Times New Roman"/>
              </w:rPr>
            </w:pPr>
            <w:r w:rsidRPr="00EF7DD6">
              <w:rPr>
                <w:rFonts w:ascii="Times New Roman" w:hAnsi="Times New Roman" w:cs="Times New Roman"/>
              </w:rPr>
              <w:t>Устав и права грађана за 4. разред гимназије и четворогодишње стручне школе и 3. разред трогодишње стр</w:t>
            </w:r>
            <w:r w:rsidR="00257CC3">
              <w:rPr>
                <w:rFonts w:ascii="Times New Roman" w:hAnsi="Times New Roman" w:cs="Times New Roman"/>
              </w:rPr>
              <w:t>учне школе</w:t>
            </w:r>
            <w:bookmarkStart w:id="0" w:name="_GoBack"/>
            <w:bookmarkEnd w:id="0"/>
          </w:p>
        </w:tc>
        <w:tc>
          <w:tcPr>
            <w:tcW w:w="2248" w:type="dxa"/>
            <w:shd w:val="clear" w:color="auto" w:fill="auto"/>
            <w:vAlign w:val="center"/>
          </w:tcPr>
          <w:p w:rsidR="00DD75CC" w:rsidRPr="00EF7DD6" w:rsidRDefault="00EF7DD6" w:rsidP="00DD75CC">
            <w:pPr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sz w:val="14"/>
                <w:lang w:val="sr-Cyrl-RS"/>
              </w:rPr>
              <w:t>Милан Гачановић</w:t>
            </w:r>
          </w:p>
        </w:tc>
        <w:tc>
          <w:tcPr>
            <w:tcW w:w="2381" w:type="dxa"/>
            <w:shd w:val="clear" w:color="auto" w:fill="auto"/>
            <w:vAlign w:val="center"/>
          </w:tcPr>
          <w:p w:rsidR="00DD75CC" w:rsidRPr="00DD75CC" w:rsidRDefault="00257CC3" w:rsidP="00DD75CC">
            <w:pPr>
              <w:rPr>
                <w:rFonts w:ascii="Times New Roman" w:hAnsi="Times New Roman" w:cs="Times New Roman"/>
              </w:rPr>
            </w:pPr>
            <w:r w:rsidRPr="00257CC3">
              <w:rPr>
                <w:rFonts w:ascii="Times New Roman" w:hAnsi="Times New Roman" w:cs="Times New Roman"/>
                <w:sz w:val="14"/>
              </w:rPr>
              <w:t>Клетт, Београд, 2018</w:t>
            </w:r>
          </w:p>
        </w:tc>
      </w:tr>
      <w:tr w:rsidR="00171121" w:rsidRPr="00DD75CC" w:rsidTr="000F127B">
        <w:trPr>
          <w:jc w:val="center"/>
        </w:trPr>
        <w:tc>
          <w:tcPr>
            <w:tcW w:w="15760" w:type="dxa"/>
            <w:gridSpan w:val="6"/>
            <w:shd w:val="clear" w:color="auto" w:fill="EEECE1" w:themeFill="background2"/>
            <w:vAlign w:val="center"/>
          </w:tcPr>
          <w:p w:rsidR="00171121" w:rsidRPr="00DD75CC" w:rsidRDefault="00171121" w:rsidP="00DD75CC">
            <w:pPr>
              <w:rPr>
                <w:rFonts w:ascii="Times New Roman" w:hAnsi="Times New Roman" w:cs="Times New Roman"/>
                <w:sz w:val="14"/>
              </w:rPr>
            </w:pPr>
          </w:p>
        </w:tc>
      </w:tr>
      <w:tr w:rsidR="00DD75CC" w:rsidRPr="00DD75CC" w:rsidTr="00EF7DD6">
        <w:trPr>
          <w:jc w:val="center"/>
        </w:trPr>
        <w:tc>
          <w:tcPr>
            <w:tcW w:w="2041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Филозофија</w:t>
            </w:r>
          </w:p>
        </w:tc>
        <w:tc>
          <w:tcPr>
            <w:tcW w:w="1757" w:type="dxa"/>
            <w:vAlign w:val="center"/>
          </w:tcPr>
          <w:p w:rsidR="00DD75CC" w:rsidRPr="00DD75CC" w:rsidRDefault="00DD75CC" w:rsidP="00DD75CC">
            <w:pPr>
              <w:jc w:val="center"/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IV₂</w:t>
            </w:r>
          </w:p>
        </w:tc>
        <w:tc>
          <w:tcPr>
            <w:tcW w:w="3402" w:type="dxa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Машински техничар моторних возила</w:t>
            </w:r>
          </w:p>
        </w:tc>
        <w:tc>
          <w:tcPr>
            <w:tcW w:w="3931" w:type="dxa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ФИЛОЗОФИЈА за гимназије и средње стручне школе</w:t>
            </w:r>
          </w:p>
        </w:tc>
        <w:tc>
          <w:tcPr>
            <w:tcW w:w="2248" w:type="dxa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Цекић Н.; Цветковић Н.; Станковић Д. В.</w:t>
            </w:r>
          </w:p>
        </w:tc>
        <w:tc>
          <w:tcPr>
            <w:tcW w:w="2381" w:type="dxa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Завод за уџбенике, Београд, 2024.</w:t>
            </w:r>
          </w:p>
        </w:tc>
      </w:tr>
      <w:tr w:rsidR="00171121" w:rsidRPr="00DD75CC" w:rsidTr="00813C8D">
        <w:trPr>
          <w:jc w:val="center"/>
        </w:trPr>
        <w:tc>
          <w:tcPr>
            <w:tcW w:w="15760" w:type="dxa"/>
            <w:gridSpan w:val="6"/>
            <w:shd w:val="clear" w:color="auto" w:fill="EEECE1" w:themeFill="background2"/>
            <w:vAlign w:val="center"/>
          </w:tcPr>
          <w:p w:rsidR="00171121" w:rsidRPr="00DD75CC" w:rsidRDefault="00171121" w:rsidP="00DD75CC">
            <w:pPr>
              <w:rPr>
                <w:rFonts w:ascii="Times New Roman" w:hAnsi="Times New Roman" w:cs="Times New Roman"/>
                <w:sz w:val="14"/>
              </w:rPr>
            </w:pPr>
          </w:p>
        </w:tc>
      </w:tr>
      <w:tr w:rsidR="00DD75CC" w:rsidRPr="00DD75CC" w:rsidTr="00EF7DD6">
        <w:trPr>
          <w:jc w:val="center"/>
        </w:trPr>
        <w:tc>
          <w:tcPr>
            <w:tcW w:w="2041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Ликовна култура</w:t>
            </w:r>
          </w:p>
        </w:tc>
        <w:tc>
          <w:tcPr>
            <w:tcW w:w="1757" w:type="dxa"/>
            <w:shd w:val="clear" w:color="auto" w:fill="auto"/>
            <w:vAlign w:val="center"/>
          </w:tcPr>
          <w:p w:rsidR="00DD75CC" w:rsidRPr="00DD75CC" w:rsidRDefault="00DD75CC" w:rsidP="00DD75CC">
            <w:pPr>
              <w:jc w:val="center"/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I₁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Техничар за компјутерско управљање CNC машина</w:t>
            </w:r>
          </w:p>
        </w:tc>
        <w:tc>
          <w:tcPr>
            <w:tcW w:w="3931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Ликовна култура за гимназије и стручне школе</w:t>
            </w:r>
          </w:p>
        </w:tc>
        <w:tc>
          <w:tcPr>
            <w:tcW w:w="2248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Видосава Галовић; Бранка Гостовић</w:t>
            </w:r>
          </w:p>
        </w:tc>
        <w:tc>
          <w:tcPr>
            <w:tcW w:w="2381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Завод за уџбенике, Београд, 2024.</w:t>
            </w:r>
          </w:p>
        </w:tc>
      </w:tr>
      <w:tr w:rsidR="00DD75CC" w:rsidRPr="00DD75CC" w:rsidTr="00EF7DD6">
        <w:trPr>
          <w:jc w:val="center"/>
        </w:trPr>
        <w:tc>
          <w:tcPr>
            <w:tcW w:w="2041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Ликовна култура</w:t>
            </w:r>
          </w:p>
        </w:tc>
        <w:tc>
          <w:tcPr>
            <w:tcW w:w="1757" w:type="dxa"/>
            <w:shd w:val="clear" w:color="auto" w:fill="auto"/>
            <w:vAlign w:val="center"/>
          </w:tcPr>
          <w:p w:rsidR="00DD75CC" w:rsidRPr="00DD75CC" w:rsidRDefault="00DD75CC" w:rsidP="00DD75CC">
            <w:pPr>
              <w:jc w:val="center"/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I₂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Машински техничар моторних возила</w:t>
            </w:r>
          </w:p>
        </w:tc>
        <w:tc>
          <w:tcPr>
            <w:tcW w:w="3931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Ликовна култура за гимназије и стручне школе</w:t>
            </w:r>
          </w:p>
        </w:tc>
        <w:tc>
          <w:tcPr>
            <w:tcW w:w="2248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Видосава Галовић; Бранка Гостовић</w:t>
            </w:r>
          </w:p>
        </w:tc>
        <w:tc>
          <w:tcPr>
            <w:tcW w:w="2381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Завод за уџбенике, Београд, 2024.</w:t>
            </w:r>
          </w:p>
        </w:tc>
      </w:tr>
      <w:tr w:rsidR="00DD75CC" w:rsidRPr="00DD75CC" w:rsidTr="00EF7DD6">
        <w:trPr>
          <w:jc w:val="center"/>
        </w:trPr>
        <w:tc>
          <w:tcPr>
            <w:tcW w:w="2041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Ликовна култура</w:t>
            </w:r>
          </w:p>
        </w:tc>
        <w:tc>
          <w:tcPr>
            <w:tcW w:w="1757" w:type="dxa"/>
            <w:shd w:val="clear" w:color="auto" w:fill="auto"/>
            <w:vAlign w:val="center"/>
          </w:tcPr>
          <w:p w:rsidR="00DD75CC" w:rsidRPr="00DD75CC" w:rsidRDefault="00DD75CC" w:rsidP="00DD75CC">
            <w:pPr>
              <w:jc w:val="center"/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I₃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Електротехничар енергетике</w:t>
            </w:r>
          </w:p>
        </w:tc>
        <w:tc>
          <w:tcPr>
            <w:tcW w:w="3931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Ликовна култура за гимназије и стручне школе</w:t>
            </w:r>
          </w:p>
        </w:tc>
        <w:tc>
          <w:tcPr>
            <w:tcW w:w="2248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Видосава Галовић; Бранка Гостовић</w:t>
            </w:r>
          </w:p>
        </w:tc>
        <w:tc>
          <w:tcPr>
            <w:tcW w:w="2381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Завод за уџбенике, Београд, 2024.</w:t>
            </w:r>
          </w:p>
        </w:tc>
      </w:tr>
      <w:tr w:rsidR="00DD75CC" w:rsidRPr="00DD75CC" w:rsidTr="00EF7DD6">
        <w:trPr>
          <w:jc w:val="center"/>
        </w:trPr>
        <w:tc>
          <w:tcPr>
            <w:tcW w:w="2041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Ликовна култура</w:t>
            </w:r>
          </w:p>
        </w:tc>
        <w:tc>
          <w:tcPr>
            <w:tcW w:w="1757" w:type="dxa"/>
            <w:shd w:val="clear" w:color="auto" w:fill="auto"/>
            <w:vAlign w:val="center"/>
          </w:tcPr>
          <w:p w:rsidR="00DD75CC" w:rsidRPr="00DD75CC" w:rsidRDefault="00DD75CC" w:rsidP="00DD75CC">
            <w:pPr>
              <w:jc w:val="center"/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I₄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Техничар информационих технологија</w:t>
            </w:r>
          </w:p>
        </w:tc>
        <w:tc>
          <w:tcPr>
            <w:tcW w:w="3931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Ликовна култура за гимназије и стручне школе</w:t>
            </w:r>
          </w:p>
        </w:tc>
        <w:tc>
          <w:tcPr>
            <w:tcW w:w="2248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Видосава Галовић; Бранка Гостовић</w:t>
            </w:r>
          </w:p>
        </w:tc>
        <w:tc>
          <w:tcPr>
            <w:tcW w:w="2381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Завод за уџбенике, Београд, 2024.</w:t>
            </w:r>
          </w:p>
        </w:tc>
      </w:tr>
      <w:tr w:rsidR="00DD75CC" w:rsidRPr="00DD75CC" w:rsidTr="00EF7DD6">
        <w:trPr>
          <w:jc w:val="center"/>
        </w:trPr>
        <w:tc>
          <w:tcPr>
            <w:tcW w:w="2041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Ликовна култура</w:t>
            </w:r>
          </w:p>
        </w:tc>
        <w:tc>
          <w:tcPr>
            <w:tcW w:w="1757" w:type="dxa"/>
            <w:shd w:val="clear" w:color="auto" w:fill="auto"/>
            <w:vAlign w:val="center"/>
          </w:tcPr>
          <w:p w:rsidR="00DD75CC" w:rsidRPr="00DD75CC" w:rsidRDefault="00DD75CC" w:rsidP="00DD75CC">
            <w:pPr>
              <w:jc w:val="center"/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I₅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Техничар за администрирање рачунарских мрежа</w:t>
            </w:r>
          </w:p>
        </w:tc>
        <w:tc>
          <w:tcPr>
            <w:tcW w:w="3931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Ликовна култура за гимназије и стручне школе</w:t>
            </w:r>
          </w:p>
        </w:tc>
        <w:tc>
          <w:tcPr>
            <w:tcW w:w="2248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Видосава Галовић; Бранка Гостовић</w:t>
            </w:r>
          </w:p>
        </w:tc>
        <w:tc>
          <w:tcPr>
            <w:tcW w:w="2381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Завод за уџбенике, Београд, 2024.</w:t>
            </w:r>
          </w:p>
        </w:tc>
      </w:tr>
      <w:tr w:rsidR="00DD75CC" w:rsidRPr="00DD75CC" w:rsidTr="00EF7DD6">
        <w:trPr>
          <w:jc w:val="center"/>
        </w:trPr>
        <w:tc>
          <w:tcPr>
            <w:tcW w:w="2041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Ликовна култура</w:t>
            </w:r>
          </w:p>
        </w:tc>
        <w:tc>
          <w:tcPr>
            <w:tcW w:w="1757" w:type="dxa"/>
            <w:shd w:val="clear" w:color="auto" w:fill="auto"/>
            <w:vAlign w:val="center"/>
          </w:tcPr>
          <w:p w:rsidR="00DD75CC" w:rsidRPr="00DD75CC" w:rsidRDefault="00DD75CC" w:rsidP="00DD75CC">
            <w:pPr>
              <w:jc w:val="center"/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I₆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Техничар друмског саобраћаја</w:t>
            </w:r>
          </w:p>
        </w:tc>
        <w:tc>
          <w:tcPr>
            <w:tcW w:w="3931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Ликовна култура за гимназије и стручне школе</w:t>
            </w:r>
          </w:p>
        </w:tc>
        <w:tc>
          <w:tcPr>
            <w:tcW w:w="2248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Видосава Галовић; Бранка Гостовић</w:t>
            </w:r>
          </w:p>
        </w:tc>
        <w:tc>
          <w:tcPr>
            <w:tcW w:w="2381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Завод за уџбенике, Београд, 2024.</w:t>
            </w:r>
          </w:p>
        </w:tc>
      </w:tr>
      <w:tr w:rsidR="00DD75CC" w:rsidRPr="00DD75CC" w:rsidTr="00EF7DD6">
        <w:trPr>
          <w:jc w:val="center"/>
        </w:trPr>
        <w:tc>
          <w:tcPr>
            <w:tcW w:w="2041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Ликовна култура</w:t>
            </w:r>
          </w:p>
        </w:tc>
        <w:tc>
          <w:tcPr>
            <w:tcW w:w="1757" w:type="dxa"/>
            <w:shd w:val="clear" w:color="auto" w:fill="auto"/>
            <w:vAlign w:val="center"/>
          </w:tcPr>
          <w:p w:rsidR="00DD75CC" w:rsidRPr="00DD75CC" w:rsidRDefault="00DD75CC" w:rsidP="00DD75CC">
            <w:pPr>
              <w:jc w:val="center"/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I₇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Техничар друмског саобраћаја</w:t>
            </w:r>
          </w:p>
        </w:tc>
        <w:tc>
          <w:tcPr>
            <w:tcW w:w="3931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Ликовна култура за гимназије и стручне школе</w:t>
            </w:r>
          </w:p>
        </w:tc>
        <w:tc>
          <w:tcPr>
            <w:tcW w:w="2248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Видосава Галовић; Бранка Гостовић</w:t>
            </w:r>
          </w:p>
        </w:tc>
        <w:tc>
          <w:tcPr>
            <w:tcW w:w="2381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Завод за уџбенике, Београд, 2024.</w:t>
            </w:r>
          </w:p>
        </w:tc>
      </w:tr>
      <w:tr w:rsidR="00DD75CC" w:rsidRPr="00DD75CC" w:rsidTr="00EF7DD6">
        <w:trPr>
          <w:jc w:val="center"/>
        </w:trPr>
        <w:tc>
          <w:tcPr>
            <w:tcW w:w="2041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Ликовна култура</w:t>
            </w:r>
          </w:p>
        </w:tc>
        <w:tc>
          <w:tcPr>
            <w:tcW w:w="1757" w:type="dxa"/>
            <w:shd w:val="clear" w:color="auto" w:fill="auto"/>
            <w:vAlign w:val="center"/>
          </w:tcPr>
          <w:p w:rsidR="00DD75CC" w:rsidRPr="00DD75CC" w:rsidRDefault="00DD75CC" w:rsidP="00DD75CC">
            <w:pPr>
              <w:jc w:val="center"/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I₈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Возач моторних возила</w:t>
            </w:r>
          </w:p>
        </w:tc>
        <w:tc>
          <w:tcPr>
            <w:tcW w:w="3931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Ликовна култура за гимназије и стручне школе</w:t>
            </w:r>
          </w:p>
        </w:tc>
        <w:tc>
          <w:tcPr>
            <w:tcW w:w="2248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Видосава Галовић; Бранка Гостовић</w:t>
            </w:r>
          </w:p>
        </w:tc>
        <w:tc>
          <w:tcPr>
            <w:tcW w:w="2381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Завод за уџбенике, Београд, 2024.</w:t>
            </w:r>
          </w:p>
        </w:tc>
      </w:tr>
      <w:tr w:rsidR="00171121" w:rsidRPr="00DD75CC" w:rsidTr="00AC0BA1">
        <w:trPr>
          <w:jc w:val="center"/>
        </w:trPr>
        <w:tc>
          <w:tcPr>
            <w:tcW w:w="15760" w:type="dxa"/>
            <w:gridSpan w:val="6"/>
            <w:shd w:val="clear" w:color="auto" w:fill="EEECE1" w:themeFill="background2"/>
            <w:vAlign w:val="center"/>
          </w:tcPr>
          <w:p w:rsidR="00171121" w:rsidRPr="00DD75CC" w:rsidRDefault="00171121" w:rsidP="00DD75CC">
            <w:pPr>
              <w:rPr>
                <w:rFonts w:ascii="Times New Roman" w:hAnsi="Times New Roman" w:cs="Times New Roman"/>
                <w:sz w:val="14"/>
              </w:rPr>
            </w:pPr>
          </w:p>
        </w:tc>
      </w:tr>
      <w:tr w:rsidR="00DD75CC" w:rsidRPr="00DD75CC" w:rsidTr="00EF7DD6">
        <w:trPr>
          <w:jc w:val="center"/>
        </w:trPr>
        <w:tc>
          <w:tcPr>
            <w:tcW w:w="2041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Православна верска настава</w:t>
            </w:r>
          </w:p>
        </w:tc>
        <w:tc>
          <w:tcPr>
            <w:tcW w:w="1757" w:type="dxa"/>
            <w:vAlign w:val="center"/>
          </w:tcPr>
          <w:p w:rsidR="00DD75CC" w:rsidRPr="00DD75CC" w:rsidRDefault="00DD75CC" w:rsidP="00DD75CC">
            <w:pPr>
              <w:jc w:val="center"/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I₆</w:t>
            </w:r>
          </w:p>
        </w:tc>
        <w:tc>
          <w:tcPr>
            <w:tcW w:w="3402" w:type="dxa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Техничар друмског саобраћаја</w:t>
            </w:r>
          </w:p>
        </w:tc>
        <w:tc>
          <w:tcPr>
            <w:tcW w:w="3931" w:type="dxa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Православни катихизис, уџбеник за средњу школу</w:t>
            </w:r>
          </w:p>
        </w:tc>
        <w:tc>
          <w:tcPr>
            <w:tcW w:w="2248" w:type="dxa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Игњатије Мидић</w:t>
            </w:r>
          </w:p>
        </w:tc>
        <w:tc>
          <w:tcPr>
            <w:tcW w:w="2381" w:type="dxa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Завод за уџбенике и наставна средства, Београд, 2003.</w:t>
            </w:r>
          </w:p>
        </w:tc>
      </w:tr>
      <w:tr w:rsidR="00DD75CC" w:rsidRPr="00DD75CC" w:rsidTr="00EF7DD6">
        <w:trPr>
          <w:jc w:val="center"/>
        </w:trPr>
        <w:tc>
          <w:tcPr>
            <w:tcW w:w="2041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Православна верска настава</w:t>
            </w:r>
          </w:p>
        </w:tc>
        <w:tc>
          <w:tcPr>
            <w:tcW w:w="1757" w:type="dxa"/>
            <w:vAlign w:val="center"/>
          </w:tcPr>
          <w:p w:rsidR="00DD75CC" w:rsidRPr="00DD75CC" w:rsidRDefault="00DD75CC" w:rsidP="00DD75CC">
            <w:pPr>
              <w:jc w:val="center"/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II₃</w:t>
            </w:r>
          </w:p>
        </w:tc>
        <w:tc>
          <w:tcPr>
            <w:tcW w:w="3402" w:type="dxa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Електротехничар енергетике</w:t>
            </w:r>
          </w:p>
        </w:tc>
        <w:tc>
          <w:tcPr>
            <w:tcW w:w="3931" w:type="dxa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Православни катихизис, уџбеник за средњу школу</w:t>
            </w:r>
          </w:p>
        </w:tc>
        <w:tc>
          <w:tcPr>
            <w:tcW w:w="2248" w:type="dxa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Игњатије Мидић</w:t>
            </w:r>
          </w:p>
        </w:tc>
        <w:tc>
          <w:tcPr>
            <w:tcW w:w="2381" w:type="dxa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Завод за уџбенике и наставна средства, Београд, 2003.</w:t>
            </w:r>
          </w:p>
        </w:tc>
      </w:tr>
      <w:tr w:rsidR="00DD75CC" w:rsidRPr="00DD75CC" w:rsidTr="00EF7DD6">
        <w:trPr>
          <w:jc w:val="center"/>
        </w:trPr>
        <w:tc>
          <w:tcPr>
            <w:tcW w:w="2041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Православна верска настава</w:t>
            </w:r>
          </w:p>
        </w:tc>
        <w:tc>
          <w:tcPr>
            <w:tcW w:w="1757" w:type="dxa"/>
            <w:vAlign w:val="center"/>
          </w:tcPr>
          <w:p w:rsidR="00DD75CC" w:rsidRPr="00DD75CC" w:rsidRDefault="00DD75CC" w:rsidP="00DD75CC">
            <w:pPr>
              <w:jc w:val="center"/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II₆</w:t>
            </w:r>
          </w:p>
        </w:tc>
        <w:tc>
          <w:tcPr>
            <w:tcW w:w="3402" w:type="dxa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Техничар друмског саобраћаја</w:t>
            </w:r>
          </w:p>
        </w:tc>
        <w:tc>
          <w:tcPr>
            <w:tcW w:w="3931" w:type="dxa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Православни катихизис, уџбеник за средњу школу</w:t>
            </w:r>
          </w:p>
        </w:tc>
        <w:tc>
          <w:tcPr>
            <w:tcW w:w="2248" w:type="dxa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Игњатије Мидић</w:t>
            </w:r>
          </w:p>
        </w:tc>
        <w:tc>
          <w:tcPr>
            <w:tcW w:w="2381" w:type="dxa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Завод за уџбенике и наставна средства, Београд, 2003.</w:t>
            </w:r>
          </w:p>
        </w:tc>
      </w:tr>
      <w:tr w:rsidR="00DD75CC" w:rsidRPr="00DD75CC" w:rsidTr="00EF7DD6">
        <w:trPr>
          <w:jc w:val="center"/>
        </w:trPr>
        <w:tc>
          <w:tcPr>
            <w:tcW w:w="2041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Православна верска настава</w:t>
            </w:r>
          </w:p>
        </w:tc>
        <w:tc>
          <w:tcPr>
            <w:tcW w:w="1757" w:type="dxa"/>
            <w:vAlign w:val="center"/>
          </w:tcPr>
          <w:p w:rsidR="00DD75CC" w:rsidRPr="00DD75CC" w:rsidRDefault="00DD75CC" w:rsidP="00DD75CC">
            <w:pPr>
              <w:jc w:val="center"/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III₃</w:t>
            </w:r>
          </w:p>
        </w:tc>
        <w:tc>
          <w:tcPr>
            <w:tcW w:w="3402" w:type="dxa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Електротехничар енергетике</w:t>
            </w:r>
          </w:p>
        </w:tc>
        <w:tc>
          <w:tcPr>
            <w:tcW w:w="3931" w:type="dxa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Православни катихизис, уџбеник за средњу школу</w:t>
            </w:r>
          </w:p>
        </w:tc>
        <w:tc>
          <w:tcPr>
            <w:tcW w:w="2248" w:type="dxa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Игњатије Мидић</w:t>
            </w:r>
          </w:p>
        </w:tc>
        <w:tc>
          <w:tcPr>
            <w:tcW w:w="2381" w:type="dxa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Завод за уџбенике и наставна средства, Београд, 2003.</w:t>
            </w:r>
          </w:p>
        </w:tc>
      </w:tr>
      <w:tr w:rsidR="00DD75CC" w:rsidRPr="00DD75CC" w:rsidTr="00EF7DD6">
        <w:trPr>
          <w:jc w:val="center"/>
        </w:trPr>
        <w:tc>
          <w:tcPr>
            <w:tcW w:w="2041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Православна верска настава</w:t>
            </w:r>
          </w:p>
        </w:tc>
        <w:tc>
          <w:tcPr>
            <w:tcW w:w="1757" w:type="dxa"/>
            <w:vAlign w:val="center"/>
          </w:tcPr>
          <w:p w:rsidR="00DD75CC" w:rsidRPr="00DD75CC" w:rsidRDefault="00DD75CC" w:rsidP="00DD75CC">
            <w:pPr>
              <w:jc w:val="center"/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III₆</w:t>
            </w:r>
          </w:p>
        </w:tc>
        <w:tc>
          <w:tcPr>
            <w:tcW w:w="3402" w:type="dxa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Техничар друмског саобраћаја</w:t>
            </w:r>
          </w:p>
        </w:tc>
        <w:tc>
          <w:tcPr>
            <w:tcW w:w="3931" w:type="dxa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Православни катихизис, уџбеник за средњу школу</w:t>
            </w:r>
          </w:p>
        </w:tc>
        <w:tc>
          <w:tcPr>
            <w:tcW w:w="2248" w:type="dxa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Игњатије Мидић</w:t>
            </w:r>
          </w:p>
        </w:tc>
        <w:tc>
          <w:tcPr>
            <w:tcW w:w="2381" w:type="dxa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Завод за уџбенике и наставна средства, Београд, 2003.</w:t>
            </w:r>
          </w:p>
        </w:tc>
      </w:tr>
      <w:tr w:rsidR="00DD75CC" w:rsidRPr="00DD75CC" w:rsidTr="00EF7DD6">
        <w:trPr>
          <w:jc w:val="center"/>
        </w:trPr>
        <w:tc>
          <w:tcPr>
            <w:tcW w:w="2041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Православна верска настава</w:t>
            </w:r>
          </w:p>
        </w:tc>
        <w:tc>
          <w:tcPr>
            <w:tcW w:w="1757" w:type="dxa"/>
            <w:vAlign w:val="center"/>
          </w:tcPr>
          <w:p w:rsidR="00DD75CC" w:rsidRPr="00DD75CC" w:rsidRDefault="00DD75CC" w:rsidP="00DD75CC">
            <w:pPr>
              <w:jc w:val="center"/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IV₁</w:t>
            </w:r>
          </w:p>
        </w:tc>
        <w:tc>
          <w:tcPr>
            <w:tcW w:w="3402" w:type="dxa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Техничар за компјутерско управљање CNC</w:t>
            </w:r>
          </w:p>
        </w:tc>
        <w:tc>
          <w:tcPr>
            <w:tcW w:w="3931" w:type="dxa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Православни катихизис, уџбеник за средњу школу</w:t>
            </w:r>
          </w:p>
        </w:tc>
        <w:tc>
          <w:tcPr>
            <w:tcW w:w="2248" w:type="dxa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Игњатије Мидић</w:t>
            </w:r>
          </w:p>
        </w:tc>
        <w:tc>
          <w:tcPr>
            <w:tcW w:w="2381" w:type="dxa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Завод за уџбенике и наставна средства, Београд, 2003.</w:t>
            </w:r>
          </w:p>
        </w:tc>
      </w:tr>
      <w:tr w:rsidR="00DD75CC" w:rsidRPr="00DD75CC" w:rsidTr="00EF7DD6">
        <w:trPr>
          <w:jc w:val="center"/>
        </w:trPr>
        <w:tc>
          <w:tcPr>
            <w:tcW w:w="2041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Православна верска настава</w:t>
            </w:r>
          </w:p>
        </w:tc>
        <w:tc>
          <w:tcPr>
            <w:tcW w:w="1757" w:type="dxa"/>
            <w:vAlign w:val="center"/>
          </w:tcPr>
          <w:p w:rsidR="00DD75CC" w:rsidRPr="00DD75CC" w:rsidRDefault="00DD75CC" w:rsidP="00DD75CC">
            <w:pPr>
              <w:jc w:val="center"/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IV₄ и IV₆</w:t>
            </w:r>
          </w:p>
        </w:tc>
        <w:tc>
          <w:tcPr>
            <w:tcW w:w="3402" w:type="dxa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Заједничка група ученика из два одељења</w:t>
            </w:r>
          </w:p>
        </w:tc>
        <w:tc>
          <w:tcPr>
            <w:tcW w:w="3931" w:type="dxa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Православни катихизис, уџбеник за средњу школу</w:t>
            </w:r>
          </w:p>
        </w:tc>
        <w:tc>
          <w:tcPr>
            <w:tcW w:w="2248" w:type="dxa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Игњатије Мидић</w:t>
            </w:r>
          </w:p>
        </w:tc>
        <w:tc>
          <w:tcPr>
            <w:tcW w:w="2381" w:type="dxa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Завод за уџбенике и наставна средства, Београд, 2003.</w:t>
            </w:r>
          </w:p>
        </w:tc>
      </w:tr>
      <w:tr w:rsidR="00DD75CC" w:rsidRPr="00DD75CC" w:rsidTr="00EF7DD6">
        <w:trPr>
          <w:jc w:val="center"/>
        </w:trPr>
        <w:tc>
          <w:tcPr>
            <w:tcW w:w="2041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Православна верска настава</w:t>
            </w:r>
          </w:p>
        </w:tc>
        <w:tc>
          <w:tcPr>
            <w:tcW w:w="1757" w:type="dxa"/>
            <w:vAlign w:val="center"/>
          </w:tcPr>
          <w:p w:rsidR="00DD75CC" w:rsidRPr="00DD75CC" w:rsidRDefault="00DD75CC" w:rsidP="00DD75CC">
            <w:pPr>
              <w:jc w:val="center"/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I разред</w:t>
            </w:r>
          </w:p>
        </w:tc>
        <w:tc>
          <w:tcPr>
            <w:tcW w:w="3402" w:type="dxa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Настава на српском – група ученика</w:t>
            </w:r>
          </w:p>
        </w:tc>
        <w:tc>
          <w:tcPr>
            <w:tcW w:w="3931" w:type="dxa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Православни катихизис, уџбеник за средњу школу</w:t>
            </w:r>
          </w:p>
        </w:tc>
        <w:tc>
          <w:tcPr>
            <w:tcW w:w="2248" w:type="dxa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Игњатије Мидић</w:t>
            </w:r>
          </w:p>
        </w:tc>
        <w:tc>
          <w:tcPr>
            <w:tcW w:w="2381" w:type="dxa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Завод за уџбенике и наставна средства, Београд, 2003.</w:t>
            </w:r>
          </w:p>
        </w:tc>
      </w:tr>
      <w:tr w:rsidR="00DD75CC" w:rsidRPr="00DD75CC" w:rsidTr="00EF7DD6">
        <w:trPr>
          <w:jc w:val="center"/>
        </w:trPr>
        <w:tc>
          <w:tcPr>
            <w:tcW w:w="2041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Православна верска настава</w:t>
            </w:r>
          </w:p>
        </w:tc>
        <w:tc>
          <w:tcPr>
            <w:tcW w:w="1757" w:type="dxa"/>
            <w:vAlign w:val="center"/>
          </w:tcPr>
          <w:p w:rsidR="00DD75CC" w:rsidRPr="00DD75CC" w:rsidRDefault="00DD75CC" w:rsidP="00DD75CC">
            <w:pPr>
              <w:jc w:val="center"/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II разред</w:t>
            </w:r>
          </w:p>
        </w:tc>
        <w:tc>
          <w:tcPr>
            <w:tcW w:w="3402" w:type="dxa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Настава на српском – група ученика</w:t>
            </w:r>
          </w:p>
        </w:tc>
        <w:tc>
          <w:tcPr>
            <w:tcW w:w="3931" w:type="dxa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Православни катихизис, уџбеник за средњу школу</w:t>
            </w:r>
          </w:p>
        </w:tc>
        <w:tc>
          <w:tcPr>
            <w:tcW w:w="2248" w:type="dxa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Игњатије Мидић</w:t>
            </w:r>
          </w:p>
        </w:tc>
        <w:tc>
          <w:tcPr>
            <w:tcW w:w="2381" w:type="dxa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Завод за уџбенике и наставна средства, Београд, 2003.</w:t>
            </w:r>
          </w:p>
        </w:tc>
      </w:tr>
      <w:tr w:rsidR="00DD75CC" w:rsidRPr="00DD75CC" w:rsidTr="00EF7DD6">
        <w:trPr>
          <w:jc w:val="center"/>
        </w:trPr>
        <w:tc>
          <w:tcPr>
            <w:tcW w:w="2041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Православна верска настава</w:t>
            </w:r>
          </w:p>
        </w:tc>
        <w:tc>
          <w:tcPr>
            <w:tcW w:w="1757" w:type="dxa"/>
            <w:vAlign w:val="center"/>
          </w:tcPr>
          <w:p w:rsidR="00DD75CC" w:rsidRPr="00DD75CC" w:rsidRDefault="00DD75CC" w:rsidP="00DD75CC">
            <w:pPr>
              <w:jc w:val="center"/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IV разред</w:t>
            </w:r>
          </w:p>
        </w:tc>
        <w:tc>
          <w:tcPr>
            <w:tcW w:w="3402" w:type="dxa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Настава на босанском – група ученика</w:t>
            </w:r>
          </w:p>
        </w:tc>
        <w:tc>
          <w:tcPr>
            <w:tcW w:w="3931" w:type="dxa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Православни катихизис, уџбеник за средњу школу</w:t>
            </w:r>
          </w:p>
        </w:tc>
        <w:tc>
          <w:tcPr>
            <w:tcW w:w="2248" w:type="dxa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Игњатије Мидић</w:t>
            </w:r>
          </w:p>
        </w:tc>
        <w:tc>
          <w:tcPr>
            <w:tcW w:w="2381" w:type="dxa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Завод за уџбенике и наставна средства, Београд, 2003.</w:t>
            </w:r>
          </w:p>
        </w:tc>
      </w:tr>
      <w:tr w:rsidR="00171121" w:rsidRPr="00DD75CC" w:rsidTr="007A75C9">
        <w:trPr>
          <w:jc w:val="center"/>
        </w:trPr>
        <w:tc>
          <w:tcPr>
            <w:tcW w:w="15760" w:type="dxa"/>
            <w:gridSpan w:val="6"/>
            <w:shd w:val="clear" w:color="auto" w:fill="EEECE1" w:themeFill="background2"/>
            <w:vAlign w:val="center"/>
          </w:tcPr>
          <w:p w:rsidR="00171121" w:rsidRPr="00DD75CC" w:rsidRDefault="00171121" w:rsidP="00DD75CC">
            <w:pPr>
              <w:rPr>
                <w:rFonts w:ascii="Times New Roman" w:hAnsi="Times New Roman" w:cs="Times New Roman"/>
                <w:sz w:val="14"/>
              </w:rPr>
            </w:pPr>
          </w:p>
        </w:tc>
      </w:tr>
      <w:tr w:rsidR="00DD75CC" w:rsidRPr="00DD75CC" w:rsidTr="00EF7DD6">
        <w:trPr>
          <w:jc w:val="center"/>
        </w:trPr>
        <w:tc>
          <w:tcPr>
            <w:tcW w:w="2041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Исламска верска настава</w:t>
            </w:r>
          </w:p>
        </w:tc>
        <w:tc>
          <w:tcPr>
            <w:tcW w:w="1757" w:type="dxa"/>
            <w:shd w:val="clear" w:color="auto" w:fill="auto"/>
            <w:vAlign w:val="center"/>
          </w:tcPr>
          <w:p w:rsidR="00DD75CC" w:rsidRPr="00DD75CC" w:rsidRDefault="00DD75CC" w:rsidP="00DD75CC">
            <w:pPr>
              <w:jc w:val="center"/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Расподела часова није утврђена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31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Увод у Ислам</w:t>
            </w:r>
          </w:p>
        </w:tc>
        <w:tc>
          <w:tcPr>
            <w:tcW w:w="2248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Мухамед Хамидулах</w:t>
            </w:r>
          </w:p>
        </w:tc>
        <w:tc>
          <w:tcPr>
            <w:tcW w:w="2381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Ел Калем, Сарајево, 1997.</w:t>
            </w:r>
          </w:p>
        </w:tc>
      </w:tr>
      <w:tr w:rsidR="00DD75CC" w:rsidRPr="00DD75CC" w:rsidTr="00EF7DD6">
        <w:trPr>
          <w:jc w:val="center"/>
        </w:trPr>
        <w:tc>
          <w:tcPr>
            <w:tcW w:w="2041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Исламска верска настава</w:t>
            </w:r>
          </w:p>
        </w:tc>
        <w:tc>
          <w:tcPr>
            <w:tcW w:w="1757" w:type="dxa"/>
            <w:shd w:val="clear" w:color="auto" w:fill="auto"/>
            <w:vAlign w:val="center"/>
          </w:tcPr>
          <w:p w:rsidR="00DD75CC" w:rsidRPr="00DD75CC" w:rsidRDefault="00DD75CC" w:rsidP="00DD75CC">
            <w:pPr>
              <w:jc w:val="center"/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Расподела часова није утврђена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31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Ислам и свјетске религије</w:t>
            </w:r>
          </w:p>
        </w:tc>
        <w:tc>
          <w:tcPr>
            <w:tcW w:w="2248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Џемалудин Латић</w:t>
            </w:r>
          </w:p>
        </w:tc>
        <w:tc>
          <w:tcPr>
            <w:tcW w:w="2381" w:type="dxa"/>
            <w:shd w:val="clear" w:color="auto" w:fill="auto"/>
            <w:vAlign w:val="center"/>
          </w:tcPr>
          <w:p w:rsidR="00DD75CC" w:rsidRPr="00DD75CC" w:rsidRDefault="00DD75CC" w:rsidP="00DD75CC">
            <w:pPr>
              <w:rPr>
                <w:rFonts w:ascii="Times New Roman" w:hAnsi="Times New Roman" w:cs="Times New Roman"/>
              </w:rPr>
            </w:pPr>
            <w:r w:rsidRPr="00DD75CC">
              <w:rPr>
                <w:rFonts w:ascii="Times New Roman" w:hAnsi="Times New Roman" w:cs="Times New Roman"/>
                <w:sz w:val="14"/>
              </w:rPr>
              <w:t>Ел Калем, Сарајево, 2000.</w:t>
            </w:r>
          </w:p>
        </w:tc>
      </w:tr>
    </w:tbl>
    <w:p w:rsidR="00DC2FA9" w:rsidRPr="00DD75CC" w:rsidRDefault="00967D00">
      <w:pPr>
        <w:spacing w:before="100"/>
        <w:rPr>
          <w:rFonts w:ascii="Times New Roman" w:hAnsi="Times New Roman" w:cs="Times New Roman"/>
        </w:rPr>
      </w:pPr>
      <w:r w:rsidRPr="00DD75CC">
        <w:rPr>
          <w:rFonts w:ascii="Times New Roman" w:hAnsi="Times New Roman" w:cs="Times New Roman"/>
          <w:b/>
        </w:rPr>
        <w:t xml:space="preserve">Напомена: </w:t>
      </w:r>
      <w:r w:rsidRPr="00DD75CC">
        <w:rPr>
          <w:rFonts w:ascii="Times New Roman" w:hAnsi="Times New Roman" w:cs="Times New Roman"/>
        </w:rPr>
        <w:t>У табелу су унети искључиво подаци доступни у достављеним обрасцима процене уџбеника и расподели часова. Тамо где назив уџбеника/литературе није наведен, поља су остављена празна. За исламску верску наставу расподе</w:t>
      </w:r>
      <w:r>
        <w:rPr>
          <w:rFonts w:ascii="Times New Roman" w:hAnsi="Times New Roman" w:cs="Times New Roman"/>
        </w:rPr>
        <w:t>ла часова још није утврђена.</w:t>
      </w:r>
    </w:p>
    <w:sectPr w:rsidR="00DC2FA9" w:rsidRPr="00DD75CC" w:rsidSect="00034616">
      <w:pgSz w:w="16838" w:h="11906" w:orient="landscape"/>
      <w:pgMar w:top="680" w:right="567" w:bottom="680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171121"/>
    <w:rsid w:val="00257CC3"/>
    <w:rsid w:val="0029639D"/>
    <w:rsid w:val="00326F90"/>
    <w:rsid w:val="00967D00"/>
    <w:rsid w:val="00AA1D8D"/>
    <w:rsid w:val="00B47730"/>
    <w:rsid w:val="00CB0664"/>
    <w:rsid w:val="00D15499"/>
    <w:rsid w:val="00DC2FA9"/>
    <w:rsid w:val="00DD75CC"/>
    <w:rsid w:val="00EF7DD6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433AC05"/>
  <w14:defaultImageDpi w14:val="300"/>
  <w15:docId w15:val="{E65074CA-656A-45B3-99E5-D7B839EA3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  <w:rPr>
      <w:rFonts w:ascii="Arial" w:eastAsia="Arial" w:hAnsi="Arial"/>
      <w:sz w:val="16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0B7A8FD-BA4E-491D-AE5B-73B8AFE8C2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2</Pages>
  <Words>1636</Words>
  <Characters>9330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10945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Mirsada Vesnić</cp:lastModifiedBy>
  <cp:revision>4</cp:revision>
  <dcterms:created xsi:type="dcterms:W3CDTF">2013-12-23T23:15:00Z</dcterms:created>
  <dcterms:modified xsi:type="dcterms:W3CDTF">2026-08-27T11:49:00Z</dcterms:modified>
  <cp:category/>
</cp:coreProperties>
</file>